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pPr>
      <w:r w:rsidDel="00000000" w:rsidR="00000000" w:rsidRPr="00000000">
        <w:rPr/>
        <w:drawing>
          <wp:inline distB="0" distT="0" distL="114300" distR="114300">
            <wp:extent cx="3981937" cy="1109028"/>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3981937" cy="110902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0" w:before="20" w:lineRule="auto"/>
        <w:jc w:val="center"/>
        <w:rPr>
          <w:b w:val="1"/>
          <w:bCs w:val="1"/>
          <w:color w:val="103a61"/>
          <w:sz w:val="52"/>
          <w:szCs w:val="52"/>
        </w:rPr>
      </w:pPr>
      <w:r w:rsidDel="00000000" w:rsidR="00000000" w:rsidRPr="00000000">
        <w:rPr>
          <w:b w:val="1"/>
          <w:bCs w:val="1"/>
          <w:color w:val="103a61"/>
          <w:sz w:val="52"/>
          <w:szCs w:val="52"/>
          <w:rtl w:val="0"/>
        </w:rPr>
        <w:t xml:space="preserve">Untangling What Matters</w:t>
      </w:r>
    </w:p>
    <w:p w:rsidR="00000000" w:rsidDel="00000000" w:rsidP="00000000" w:rsidRDefault="00000000" w:rsidRPr="00000000" w14:paraId="00000003">
      <w:pPr>
        <w:spacing w:after="0" w:before="20" w:lineRule="auto"/>
        <w:jc w:val="center"/>
        <w:rPr>
          <w:b w:val="1"/>
          <w:bCs w:val="1"/>
          <w:color w:val="103a61"/>
          <w:sz w:val="30"/>
          <w:szCs w:val="30"/>
        </w:rPr>
      </w:pPr>
      <w:r w:rsidDel="00000000" w:rsidR="00000000" w:rsidRPr="00000000">
        <w:rPr>
          <w:b w:val="1"/>
          <w:bCs w:val="1"/>
          <w:color w:val="103a61"/>
          <w:sz w:val="30"/>
          <w:szCs w:val="30"/>
          <w:rtl w:val="0"/>
        </w:rPr>
        <w:t xml:space="preserve">The Knot Alone Parent Clarity &amp; Priorities Worksheet</w:t>
      </w:r>
      <w:r w:rsidDel="00000000" w:rsidR="00000000" w:rsidRPr="00000000">
        <w:rPr>
          <w:rtl w:val="0"/>
        </w:rPr>
      </w:r>
    </w:p>
    <w:p w:rsidR="00000000" w:rsidDel="00000000" w:rsidP="00000000" w:rsidRDefault="00000000" w:rsidRPr="00000000" w14:paraId="00000004">
      <w:pPr>
        <w:spacing w:after="160" w:lineRule="auto"/>
        <w:jc w:val="center"/>
        <w:rPr/>
      </w:pPr>
      <w:r w:rsidDel="00000000" w:rsidR="00000000" w:rsidRPr="00000000">
        <w:rPr>
          <w:rFonts w:ascii="Aptos" w:cs="Aptos" w:eastAsia="Aptos" w:hAnsi="Aptos"/>
          <w:b w:val="0"/>
          <w:bCs w:val="0"/>
          <w:i w:val="0"/>
          <w:iCs w:val="0"/>
          <w:color w:val="7a848c"/>
          <w:sz w:val="18"/>
          <w:szCs w:val="18"/>
          <w:rtl w:val="0"/>
        </w:rPr>
        <w:t xml:space="preserve">Organize what you are seeing. Clarify what you want to understand. Prepare for a productive conversation.</w:t>
      </w:r>
      <w:r w:rsidDel="00000000" w:rsidR="00000000" w:rsidRPr="00000000">
        <w:rPr>
          <w:rtl w:val="0"/>
        </w:rPr>
      </w:r>
    </w:p>
    <w:tbl>
      <w:tblPr>
        <w:tblStyle w:val="Table1"/>
        <w:tblW w:w="10224.0" w:type="dxa"/>
        <w:jc w:val="center"/>
        <w:tblLayout w:type="fixed"/>
        <w:tblLook w:val="0400"/>
      </w:tblPr>
      <w:tblGrid>
        <w:gridCol w:w="10224"/>
        <w:tblGridChange w:id="0">
          <w:tblGrid>
            <w:gridCol w:w="10224"/>
          </w:tblGrid>
        </w:tblGridChange>
      </w:tblGrid>
      <w:tr>
        <w:trPr>
          <w:cantSplit w:val="0"/>
          <w:tblHeader w:val="0"/>
        </w:trPr>
        <w:tc>
          <w:tcPr>
            <w:tcBorders>
              <w:top w:color="547d82" w:space="0" w:sz="10" w:val="single"/>
              <w:left w:color="547d82" w:space="0" w:sz="10" w:val="single"/>
              <w:bottom w:color="547d82" w:space="0" w:sz="10" w:val="single"/>
              <w:right w:color="547d82" w:space="0" w:sz="10" w:val="single"/>
            </w:tcBorders>
            <w:shd w:fill="eaf1f2" w:val="clear"/>
            <w:tcMar>
              <w:top w:w="100.0" w:type="dxa"/>
              <w:bottom w:w="100.0" w:type="dxa"/>
            </w:tcMar>
          </w:tcPr>
          <w:p w:rsidR="00000000" w:rsidDel="00000000" w:rsidP="00000000" w:rsidRDefault="00000000" w:rsidRPr="00000000" w14:paraId="00000005">
            <w:pPr>
              <w:rPr/>
            </w:pPr>
            <w:r w:rsidDel="00000000" w:rsidR="00000000" w:rsidRPr="00000000">
              <w:rPr>
                <w:rFonts w:ascii="Aptos" w:cs="Aptos" w:eastAsia="Aptos" w:hAnsi="Aptos"/>
                <w:b w:val="1"/>
                <w:bCs w:val="1"/>
                <w:i w:val="0"/>
                <w:iCs w:val="0"/>
                <w:color w:val="103a61"/>
                <w:sz w:val="18"/>
                <w:szCs w:val="18"/>
                <w:rtl w:val="0"/>
              </w:rPr>
              <w:t xml:space="preserve">Start with what you know.</w:t>
            </w:r>
            <w:r w:rsidDel="00000000" w:rsidR="00000000" w:rsidRPr="00000000">
              <w:rPr>
                <w:rFonts w:ascii="Aptos" w:cs="Aptos" w:eastAsia="Aptos" w:hAnsi="Aptos"/>
                <w:b w:val="0"/>
                <w:bCs w:val="0"/>
                <w:i w:val="0"/>
                <w:iCs w:val="0"/>
                <w:color w:val="273444"/>
                <w:sz w:val="18"/>
                <w:szCs w:val="18"/>
                <w:rtl w:val="0"/>
              </w:rPr>
              <w:t xml:space="preserve">  You do not need to have the answer or know the correct special education term. Your observations matter. Use specific examples whenever possible, and focus on how the concern affects your child at school or at home.</w:t>
            </w:r>
            <w:r w:rsidDel="00000000" w:rsidR="00000000" w:rsidRPr="00000000">
              <w:rPr>
                <w:rtl w:val="0"/>
              </w:rPr>
            </w:r>
          </w:p>
        </w:tc>
      </w:tr>
    </w:tbl>
    <w:p w:rsidR="00000000" w:rsidDel="00000000" w:rsidP="00000000" w:rsidRDefault="00000000" w:rsidRPr="00000000" w14:paraId="00000006">
      <w:pPr>
        <w:spacing w:after="0" w:lineRule="auto"/>
        <w:rPr/>
      </w:pPr>
      <w:r w:rsidDel="00000000" w:rsidR="00000000" w:rsidRPr="00000000">
        <w:rPr>
          <w:rtl w:val="0"/>
        </w:rPr>
      </w:r>
    </w:p>
    <w:p w:rsidR="00000000" w:rsidDel="00000000" w:rsidP="00000000" w:rsidRDefault="00000000" w:rsidRPr="00000000" w14:paraId="00000007">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1  |  Student &amp; Meeting Information</w:t>
      </w:r>
      <w:r w:rsidDel="00000000" w:rsidR="00000000" w:rsidRPr="00000000">
        <w:rPr>
          <w:rtl w:val="0"/>
        </w:rPr>
      </w:r>
    </w:p>
    <w:p w:rsidR="00000000" w:rsidDel="00000000" w:rsidP="00000000" w:rsidRDefault="00000000" w:rsidRPr="00000000" w14:paraId="00000008">
      <w:pPr>
        <w:spacing w:after="160" w:lineRule="auto"/>
        <w:rPr/>
      </w:pPr>
      <w:r w:rsidDel="00000000" w:rsidR="00000000" w:rsidRPr="00000000">
        <w:rPr>
          <w:rFonts w:ascii="Aptos" w:cs="Aptos" w:eastAsia="Aptos" w:hAnsi="Aptos"/>
          <w:b w:val="0"/>
          <w:bCs w:val="0"/>
          <w:i w:val="0"/>
          <w:iCs w:val="0"/>
          <w:color w:val="7a848c"/>
          <w:sz w:val="19"/>
          <w:szCs w:val="19"/>
          <w:rtl w:val="0"/>
        </w:rPr>
        <w:t xml:space="preserve">Complete what you know. You can leave anything blank that does not apply.</w:t>
      </w:r>
      <w:r w:rsidDel="00000000" w:rsidR="00000000" w:rsidRPr="00000000">
        <w:rPr>
          <w:rtl w:val="0"/>
        </w:rPr>
      </w:r>
    </w:p>
    <w:tbl>
      <w:tblPr>
        <w:tblStyle w:val="Table2"/>
        <w:tblW w:w="10224.0" w:type="dxa"/>
        <w:jc w:val="center"/>
        <w:tblLayout w:type="fixed"/>
        <w:tblLook w:val="0400"/>
      </w:tblPr>
      <w:tblGrid>
        <w:gridCol w:w="5112"/>
        <w:gridCol w:w="5112"/>
        <w:tblGridChange w:id="0">
          <w:tblGrid>
            <w:gridCol w:w="5112"/>
            <w:gridCol w:w="5112"/>
          </w:tblGrid>
        </w:tblGridChange>
      </w:tblGrid>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09">
            <w:pPr>
              <w:spacing w:after="40" w:lineRule="auto"/>
              <w:rPr/>
            </w:pPr>
            <w:r w:rsidDel="00000000" w:rsidR="00000000" w:rsidRPr="00000000">
              <w:rPr>
                <w:rFonts w:ascii="Aptos" w:cs="Aptos" w:eastAsia="Aptos" w:hAnsi="Aptos"/>
                <w:b w:val="1"/>
                <w:bCs w:val="1"/>
                <w:i w:val="0"/>
                <w:iCs w:val="0"/>
                <w:color w:val="547d82"/>
                <w:sz w:val="15"/>
                <w:szCs w:val="15"/>
                <w:rtl w:val="0"/>
              </w:rPr>
              <w:t xml:space="preserve">STUDENT</w:t>
            </w:r>
            <w:r w:rsidDel="00000000" w:rsidR="00000000" w:rsidRPr="00000000">
              <w:rPr>
                <w:rtl w:val="0"/>
              </w:rPr>
            </w:r>
          </w:p>
          <w:p w:rsidR="00000000" w:rsidDel="00000000" w:rsidP="00000000" w:rsidRDefault="00000000" w:rsidRPr="00000000" w14:paraId="0000000A">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Type student name</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0B">
            <w:pPr>
              <w:spacing w:after="40" w:lineRule="auto"/>
              <w:rPr/>
            </w:pPr>
            <w:r w:rsidDel="00000000" w:rsidR="00000000" w:rsidRPr="00000000">
              <w:rPr>
                <w:rFonts w:ascii="Aptos" w:cs="Aptos" w:eastAsia="Aptos" w:hAnsi="Aptos"/>
                <w:b w:val="1"/>
                <w:bCs w:val="1"/>
                <w:i w:val="0"/>
                <w:iCs w:val="0"/>
                <w:color w:val="547d82"/>
                <w:sz w:val="15"/>
                <w:szCs w:val="15"/>
                <w:rtl w:val="0"/>
              </w:rPr>
              <w:t xml:space="preserve">GRADE / AGE</w:t>
            </w:r>
            <w:r w:rsidDel="00000000" w:rsidR="00000000" w:rsidRPr="00000000">
              <w:rPr>
                <w:rtl w:val="0"/>
              </w:rPr>
            </w:r>
          </w:p>
          <w:p w:rsidR="00000000" w:rsidDel="00000000" w:rsidP="00000000" w:rsidRDefault="00000000" w:rsidRPr="00000000" w14:paraId="0000000C">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Type grade or age</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0D">
            <w:pPr>
              <w:spacing w:after="40" w:lineRule="auto"/>
              <w:rPr/>
            </w:pPr>
            <w:r w:rsidDel="00000000" w:rsidR="00000000" w:rsidRPr="00000000">
              <w:rPr>
                <w:rFonts w:ascii="Aptos" w:cs="Aptos" w:eastAsia="Aptos" w:hAnsi="Aptos"/>
                <w:b w:val="1"/>
                <w:bCs w:val="1"/>
                <w:i w:val="0"/>
                <w:iCs w:val="0"/>
                <w:color w:val="547d82"/>
                <w:sz w:val="15"/>
                <w:szCs w:val="15"/>
                <w:rtl w:val="0"/>
              </w:rPr>
              <w:t xml:space="preserve">SCHOOL / DISTRICT</w:t>
            </w:r>
            <w:r w:rsidDel="00000000" w:rsidR="00000000" w:rsidRPr="00000000">
              <w:rPr>
                <w:rtl w:val="0"/>
              </w:rPr>
            </w:r>
          </w:p>
          <w:p w:rsidR="00000000" w:rsidDel="00000000" w:rsidP="00000000" w:rsidRDefault="00000000" w:rsidRPr="00000000" w14:paraId="0000000E">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Type school and district</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0F">
            <w:pPr>
              <w:spacing w:after="40" w:lineRule="auto"/>
              <w:rPr/>
            </w:pPr>
            <w:r w:rsidDel="00000000" w:rsidR="00000000" w:rsidRPr="00000000">
              <w:rPr>
                <w:rFonts w:ascii="Aptos" w:cs="Aptos" w:eastAsia="Aptos" w:hAnsi="Aptos"/>
                <w:b w:val="1"/>
                <w:bCs w:val="1"/>
                <w:i w:val="0"/>
                <w:iCs w:val="0"/>
                <w:color w:val="547d82"/>
                <w:sz w:val="15"/>
                <w:szCs w:val="15"/>
                <w:rtl w:val="0"/>
              </w:rPr>
              <w:t xml:space="preserve">MEETING DATE / TYPE</w:t>
            </w:r>
            <w:r w:rsidDel="00000000" w:rsidR="00000000" w:rsidRPr="00000000">
              <w:rPr>
                <w:rtl w:val="0"/>
              </w:rPr>
            </w:r>
          </w:p>
          <w:p w:rsidR="00000000" w:rsidDel="00000000" w:rsidP="00000000" w:rsidRDefault="00000000" w:rsidRPr="00000000" w14:paraId="00000010">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e.g., IEP, eligibility, reevaluation, 504, parent-teacher</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11">
            <w:pPr>
              <w:spacing w:after="40" w:lineRule="auto"/>
              <w:rPr/>
            </w:pPr>
            <w:r w:rsidDel="00000000" w:rsidR="00000000" w:rsidRPr="00000000">
              <w:rPr>
                <w:rFonts w:ascii="Aptos" w:cs="Aptos" w:eastAsia="Aptos" w:hAnsi="Aptos"/>
                <w:b w:val="1"/>
                <w:bCs w:val="1"/>
                <w:i w:val="0"/>
                <w:iCs w:val="0"/>
                <w:color w:val="547d82"/>
                <w:sz w:val="15"/>
                <w:szCs w:val="15"/>
                <w:rtl w:val="0"/>
              </w:rPr>
              <w:t xml:space="preserve">PARENT / CAREGIVER</w:t>
            </w:r>
            <w:r w:rsidDel="00000000" w:rsidR="00000000" w:rsidRPr="00000000">
              <w:rPr>
                <w:rtl w:val="0"/>
              </w:rPr>
            </w:r>
          </w:p>
          <w:p w:rsidR="00000000" w:rsidDel="00000000" w:rsidP="00000000" w:rsidRDefault="00000000" w:rsidRPr="00000000" w14:paraId="00000012">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Type your name</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13">
            <w:pPr>
              <w:spacing w:after="40" w:lineRule="auto"/>
              <w:rPr/>
            </w:pPr>
            <w:r w:rsidDel="00000000" w:rsidR="00000000" w:rsidRPr="00000000">
              <w:rPr>
                <w:rFonts w:ascii="Aptos" w:cs="Aptos" w:eastAsia="Aptos" w:hAnsi="Aptos"/>
                <w:b w:val="1"/>
                <w:bCs w:val="1"/>
                <w:i w:val="0"/>
                <w:iCs w:val="0"/>
                <w:color w:val="547d82"/>
                <w:sz w:val="15"/>
                <w:szCs w:val="15"/>
                <w:rtl w:val="0"/>
              </w:rPr>
              <w:t xml:space="preserve">DATE COMPLETED</w:t>
            </w:r>
            <w:r w:rsidDel="00000000" w:rsidR="00000000" w:rsidRPr="00000000">
              <w:rPr>
                <w:rtl w:val="0"/>
              </w:rPr>
            </w:r>
          </w:p>
          <w:p w:rsidR="00000000" w:rsidDel="00000000" w:rsidP="00000000" w:rsidRDefault="00000000" w:rsidRPr="00000000" w14:paraId="00000014">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Type date</w:t>
            </w:r>
            <w:r w:rsidDel="00000000" w:rsidR="00000000" w:rsidRPr="00000000">
              <w:rPr>
                <w:rtl w:val="0"/>
              </w:rPr>
            </w:r>
          </w:p>
        </w:tc>
      </w:tr>
    </w:tbl>
    <w:p w:rsidR="00000000" w:rsidDel="00000000" w:rsidP="00000000" w:rsidRDefault="00000000" w:rsidRPr="00000000" w14:paraId="00000015">
      <w:pPr>
        <w:spacing w:after="40" w:before="60" w:lineRule="auto"/>
        <w:rPr>
          <w:b w:val="1"/>
          <w:bCs w:val="1"/>
          <w:color w:val="103a61"/>
          <w:sz w:val="32"/>
          <w:szCs w:val="32"/>
        </w:rPr>
      </w:pPr>
      <w:r w:rsidDel="00000000" w:rsidR="00000000" w:rsidRPr="00000000">
        <w:rPr>
          <w:rtl w:val="0"/>
        </w:rPr>
      </w:r>
    </w:p>
    <w:p w:rsidR="00000000" w:rsidDel="00000000" w:rsidP="00000000" w:rsidRDefault="00000000" w:rsidRPr="00000000" w14:paraId="00000016">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2  |  Your Child at a Glance</w:t>
      </w:r>
      <w:r w:rsidDel="00000000" w:rsidR="00000000" w:rsidRPr="00000000">
        <w:rPr>
          <w:rtl w:val="0"/>
        </w:rPr>
      </w:r>
    </w:p>
    <w:p w:rsidR="00000000" w:rsidDel="00000000" w:rsidP="00000000" w:rsidRDefault="00000000" w:rsidRPr="00000000" w14:paraId="00000017">
      <w:pPr>
        <w:spacing w:after="160" w:lineRule="auto"/>
        <w:rPr/>
      </w:pPr>
      <w:r w:rsidDel="00000000" w:rsidR="00000000" w:rsidRPr="00000000">
        <w:rPr>
          <w:rFonts w:ascii="Aptos" w:cs="Aptos" w:eastAsia="Aptos" w:hAnsi="Aptos"/>
          <w:b w:val="0"/>
          <w:bCs w:val="0"/>
          <w:i w:val="0"/>
          <w:iCs w:val="0"/>
          <w:color w:val="7a848c"/>
          <w:sz w:val="19"/>
          <w:szCs w:val="19"/>
          <w:rtl w:val="0"/>
        </w:rPr>
        <w:t xml:space="preserve">Beginning with strengths helps keep the conversation centered on the whole child.</w:t>
      </w:r>
      <w:r w:rsidDel="00000000" w:rsidR="00000000" w:rsidRPr="00000000">
        <w:rPr>
          <w:rtl w:val="0"/>
        </w:rPr>
      </w:r>
    </w:p>
    <w:tbl>
      <w:tblPr>
        <w:tblStyle w:val="Table3"/>
        <w:tblW w:w="10224.0" w:type="dxa"/>
        <w:jc w:val="center"/>
        <w:tblLayout w:type="fixed"/>
        <w:tblLook w:val="0400"/>
      </w:tblPr>
      <w:tblGrid>
        <w:gridCol w:w="5112"/>
        <w:gridCol w:w="5112"/>
        <w:tblGridChange w:id="0">
          <w:tblGrid>
            <w:gridCol w:w="5112"/>
            <w:gridCol w:w="5112"/>
          </w:tblGrid>
        </w:tblGridChange>
      </w:tblGrid>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18">
            <w:pPr>
              <w:spacing w:after="40" w:lineRule="auto"/>
              <w:rPr/>
            </w:pPr>
            <w:r w:rsidDel="00000000" w:rsidR="00000000" w:rsidRPr="00000000">
              <w:rPr>
                <w:rFonts w:ascii="Aptos" w:cs="Aptos" w:eastAsia="Aptos" w:hAnsi="Aptos"/>
                <w:b w:val="1"/>
                <w:bCs w:val="1"/>
                <w:i w:val="0"/>
                <w:iCs w:val="0"/>
                <w:color w:val="547d82"/>
                <w:sz w:val="15"/>
                <w:szCs w:val="15"/>
                <w:rtl w:val="0"/>
              </w:rPr>
              <w:t xml:space="preserve">STRENGTHS</w:t>
            </w:r>
            <w:r w:rsidDel="00000000" w:rsidR="00000000" w:rsidRPr="00000000">
              <w:rPr>
                <w:rtl w:val="0"/>
              </w:rPr>
            </w:r>
          </w:p>
          <w:p w:rsidR="00000000" w:rsidDel="00000000" w:rsidP="00000000" w:rsidRDefault="00000000" w:rsidRPr="00000000" w14:paraId="00000019">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does your child do well? What are you proud of?</w:t>
            </w:r>
            <w:r w:rsidDel="00000000" w:rsidR="00000000" w:rsidRPr="00000000">
              <w:rPr>
                <w:rtl w:val="0"/>
              </w:rPr>
            </w:r>
          </w:p>
          <w:p w:rsidR="00000000" w:rsidDel="00000000" w:rsidP="00000000" w:rsidRDefault="00000000" w:rsidRPr="00000000" w14:paraId="0000001A">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1B">
            <w:pPr>
              <w:spacing w:after="40" w:lineRule="auto"/>
              <w:rPr/>
            </w:pPr>
            <w:r w:rsidDel="00000000" w:rsidR="00000000" w:rsidRPr="00000000">
              <w:rPr>
                <w:rFonts w:ascii="Aptos" w:cs="Aptos" w:eastAsia="Aptos" w:hAnsi="Aptos"/>
                <w:b w:val="1"/>
                <w:bCs w:val="1"/>
                <w:i w:val="0"/>
                <w:iCs w:val="0"/>
                <w:color w:val="547d82"/>
                <w:sz w:val="15"/>
                <w:szCs w:val="15"/>
                <w:rtl w:val="0"/>
              </w:rPr>
              <w:t xml:space="preserve">INTERESTS &amp; MOTIVATORS</w:t>
            </w:r>
            <w:r w:rsidDel="00000000" w:rsidR="00000000" w:rsidRPr="00000000">
              <w:rPr>
                <w:rtl w:val="0"/>
              </w:rPr>
            </w:r>
          </w:p>
          <w:p w:rsidR="00000000" w:rsidDel="00000000" w:rsidP="00000000" w:rsidRDefault="00000000" w:rsidRPr="00000000" w14:paraId="0000001C">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helps your child feel engaged, successful, or confident?</w:t>
            </w:r>
            <w:r w:rsidDel="00000000" w:rsidR="00000000" w:rsidRPr="00000000">
              <w:rPr>
                <w:rtl w:val="0"/>
              </w:rPr>
            </w:r>
          </w:p>
          <w:p w:rsidR="00000000" w:rsidDel="00000000" w:rsidP="00000000" w:rsidRDefault="00000000" w:rsidRPr="00000000" w14:paraId="0000001D">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1E">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IS GOING WELL</w:t>
            </w:r>
            <w:r w:rsidDel="00000000" w:rsidR="00000000" w:rsidRPr="00000000">
              <w:rPr>
                <w:rtl w:val="0"/>
              </w:rPr>
            </w:r>
          </w:p>
          <w:p w:rsidR="00000000" w:rsidDel="00000000" w:rsidP="00000000" w:rsidRDefault="00000000" w:rsidRPr="00000000" w14:paraId="0000001F">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school supports, classes, routines, people, or strategies are helping?</w:t>
            </w:r>
            <w:r w:rsidDel="00000000" w:rsidR="00000000" w:rsidRPr="00000000">
              <w:rPr>
                <w:rtl w:val="0"/>
              </w:rPr>
            </w:r>
          </w:p>
          <w:p w:rsidR="00000000" w:rsidDel="00000000" w:rsidP="00000000" w:rsidRDefault="00000000" w:rsidRPr="00000000" w14:paraId="00000020">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21">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FEELS HARDEST RIGHT NOW</w:t>
            </w:r>
            <w:r w:rsidDel="00000000" w:rsidR="00000000" w:rsidRPr="00000000">
              <w:rPr>
                <w:rtl w:val="0"/>
              </w:rPr>
            </w:r>
          </w:p>
          <w:p w:rsidR="00000000" w:rsidDel="00000000" w:rsidP="00000000" w:rsidRDefault="00000000" w:rsidRPr="00000000" w14:paraId="00000022">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is causing the most concern, frustration, or difficulty?</w:t>
            </w:r>
            <w:r w:rsidDel="00000000" w:rsidR="00000000" w:rsidRPr="00000000">
              <w:rPr>
                <w:rtl w:val="0"/>
              </w:rPr>
            </w:r>
          </w:p>
          <w:p w:rsidR="00000000" w:rsidDel="00000000" w:rsidP="00000000" w:rsidRDefault="00000000" w:rsidRPr="00000000" w14:paraId="00000023">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bl>
    <w:p w:rsidR="00000000" w:rsidDel="00000000" w:rsidP="00000000" w:rsidRDefault="00000000" w:rsidRPr="00000000" w14:paraId="00000024">
      <w:pPr>
        <w:spacing w:after="40" w:before="60" w:lineRule="auto"/>
        <w:rPr>
          <w:b w:val="1"/>
          <w:bCs w:val="1"/>
          <w:color w:val="103a61"/>
          <w:sz w:val="32"/>
          <w:szCs w:val="32"/>
        </w:rPr>
      </w:pPr>
      <w:r w:rsidDel="00000000" w:rsidR="00000000" w:rsidRPr="00000000">
        <w:rPr>
          <w:rtl w:val="0"/>
        </w:rPr>
      </w:r>
    </w:p>
    <w:p w:rsidR="00000000" w:rsidDel="00000000" w:rsidP="00000000" w:rsidRDefault="00000000" w:rsidRPr="00000000" w14:paraId="00000025">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3  |  Concern Snapshot</w:t>
      </w:r>
      <w:r w:rsidDel="00000000" w:rsidR="00000000" w:rsidRPr="00000000">
        <w:rPr>
          <w:rtl w:val="0"/>
        </w:rPr>
      </w:r>
    </w:p>
    <w:p w:rsidR="00000000" w:rsidDel="00000000" w:rsidP="00000000" w:rsidRDefault="00000000" w:rsidRPr="00000000" w14:paraId="00000026">
      <w:pPr>
        <w:spacing w:after="160" w:lineRule="auto"/>
        <w:rPr/>
      </w:pPr>
      <w:r w:rsidDel="00000000" w:rsidR="00000000" w:rsidRPr="00000000">
        <w:rPr>
          <w:rFonts w:ascii="Aptos" w:cs="Aptos" w:eastAsia="Aptos" w:hAnsi="Aptos"/>
          <w:b w:val="0"/>
          <w:bCs w:val="0"/>
          <w:i w:val="0"/>
          <w:iCs w:val="0"/>
          <w:color w:val="7a848c"/>
          <w:sz w:val="19"/>
          <w:szCs w:val="19"/>
          <w:rtl w:val="0"/>
        </w:rPr>
        <w:t xml:space="preserve">List the concerns you want to make sure are discussed. You will have space to develop each one on the next pages.</w:t>
      </w:r>
      <w:r w:rsidDel="00000000" w:rsidR="00000000" w:rsidRPr="00000000">
        <w:rPr>
          <w:rtl w:val="0"/>
        </w:rPr>
      </w:r>
    </w:p>
    <w:tbl>
      <w:tblPr>
        <w:tblStyle w:val="Table4"/>
        <w:tblW w:w="10224.0" w:type="dxa"/>
        <w:jc w:val="center"/>
        <w:tblLayout w:type="fixed"/>
        <w:tblLook w:val="0400"/>
      </w:tblPr>
      <w:tblGrid>
        <w:gridCol w:w="936"/>
        <w:gridCol w:w="6984"/>
        <w:gridCol w:w="2304"/>
        <w:tblGridChange w:id="0">
          <w:tblGrid>
            <w:gridCol w:w="936"/>
            <w:gridCol w:w="6984"/>
            <w:gridCol w:w="2304"/>
          </w:tblGrid>
        </w:tblGridChange>
      </w:tblGrid>
      <w:tr>
        <w:trPr>
          <w:cantSplit w:val="0"/>
          <w:tblHeader w:val="0"/>
        </w:trPr>
        <w:tc>
          <w:tcPr>
            <w:shd w:fill="103a61" w:val="clear"/>
            <w:tcMar>
              <w:top w:w="75.0" w:type="dxa"/>
              <w:bottom w:w="75.0" w:type="dxa"/>
            </w:tcMar>
          </w:tcPr>
          <w:p w:rsidR="00000000" w:rsidDel="00000000" w:rsidP="00000000" w:rsidRDefault="00000000" w:rsidRPr="00000000" w14:paraId="00000027">
            <w:pPr>
              <w:rPr/>
            </w:pPr>
            <w:r w:rsidDel="00000000" w:rsidR="00000000" w:rsidRPr="00000000">
              <w:rPr>
                <w:rFonts w:ascii="Aptos" w:cs="Aptos" w:eastAsia="Aptos" w:hAnsi="Aptos"/>
                <w:b w:val="1"/>
                <w:bCs w:val="1"/>
                <w:i w:val="0"/>
                <w:iCs w:val="0"/>
                <w:color w:val="ffffff"/>
                <w:sz w:val="16"/>
                <w:szCs w:val="16"/>
                <w:rtl w:val="0"/>
              </w:rPr>
              <w:t xml:space="preserve">#</w:t>
            </w:r>
            <w:r w:rsidDel="00000000" w:rsidR="00000000" w:rsidRPr="00000000">
              <w:rPr>
                <w:rtl w:val="0"/>
              </w:rPr>
            </w:r>
          </w:p>
        </w:tc>
        <w:tc>
          <w:tcPr>
            <w:shd w:fill="103a61" w:val="clear"/>
            <w:tcMar>
              <w:top w:w="75.0" w:type="dxa"/>
              <w:bottom w:w="75.0" w:type="dxa"/>
            </w:tcMar>
          </w:tcPr>
          <w:p w:rsidR="00000000" w:rsidDel="00000000" w:rsidP="00000000" w:rsidRDefault="00000000" w:rsidRPr="00000000" w14:paraId="00000028">
            <w:pPr>
              <w:rPr/>
            </w:pPr>
            <w:r w:rsidDel="00000000" w:rsidR="00000000" w:rsidRPr="00000000">
              <w:rPr>
                <w:rFonts w:ascii="Aptos" w:cs="Aptos" w:eastAsia="Aptos" w:hAnsi="Aptos"/>
                <w:b w:val="1"/>
                <w:bCs w:val="1"/>
                <w:i w:val="0"/>
                <w:iCs w:val="0"/>
                <w:color w:val="ffffff"/>
                <w:sz w:val="16"/>
                <w:szCs w:val="16"/>
                <w:rtl w:val="0"/>
              </w:rPr>
              <w:t xml:space="preserve">Concern / topic</w:t>
            </w:r>
            <w:r w:rsidDel="00000000" w:rsidR="00000000" w:rsidRPr="00000000">
              <w:rPr>
                <w:rtl w:val="0"/>
              </w:rPr>
            </w:r>
          </w:p>
        </w:tc>
        <w:tc>
          <w:tcPr>
            <w:shd w:fill="103a61" w:val="clear"/>
            <w:tcMar>
              <w:top w:w="75.0" w:type="dxa"/>
              <w:bottom w:w="75.0" w:type="dxa"/>
            </w:tcMar>
          </w:tcPr>
          <w:p w:rsidR="00000000" w:rsidDel="00000000" w:rsidP="00000000" w:rsidRDefault="00000000" w:rsidRPr="00000000" w14:paraId="00000029">
            <w:pPr>
              <w:rPr/>
            </w:pPr>
            <w:r w:rsidDel="00000000" w:rsidR="00000000" w:rsidRPr="00000000">
              <w:rPr>
                <w:rFonts w:ascii="Aptos" w:cs="Aptos" w:eastAsia="Aptos" w:hAnsi="Aptos"/>
                <w:b w:val="1"/>
                <w:bCs w:val="1"/>
                <w:i w:val="0"/>
                <w:iCs w:val="0"/>
                <w:color w:val="ffffff"/>
                <w:sz w:val="16"/>
                <w:szCs w:val="16"/>
                <w:rtl w:val="0"/>
              </w:rPr>
              <w:t xml:space="preserve">Priority</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2A">
            <w:pPr>
              <w:rPr/>
            </w:pPr>
            <w:r w:rsidDel="00000000" w:rsidR="00000000" w:rsidRPr="00000000">
              <w:rPr>
                <w:rFonts w:ascii="Aptos" w:cs="Aptos" w:eastAsia="Aptos" w:hAnsi="Aptos"/>
                <w:b w:val="0"/>
                <w:bCs w:val="0"/>
                <w:i w:val="0"/>
                <w:iCs w:val="0"/>
                <w:color w:val="7a848c"/>
                <w:sz w:val="17"/>
                <w:szCs w:val="17"/>
                <w:rtl w:val="0"/>
              </w:rPr>
              <w:t xml:space="preserve">1</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2B">
            <w:pPr>
              <w:rPr/>
            </w:pPr>
            <w:r w:rsidDel="00000000" w:rsidR="00000000" w:rsidRPr="00000000">
              <w:rPr>
                <w:rFonts w:ascii="Aptos" w:cs="Aptos" w:eastAsia="Aptos" w:hAnsi="Aptos"/>
                <w:b w:val="0"/>
                <w:bCs w:val="0"/>
                <w:i w:val="1"/>
                <w:iCs w:val="1"/>
                <w:color w:val="7a848c"/>
                <w:sz w:val="17"/>
                <w:szCs w:val="17"/>
                <w:rtl w:val="0"/>
              </w:rPr>
              <w:t xml:space="preserve">Type a short description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2C">
            <w:pPr>
              <w:rPr/>
            </w:pPr>
            <w:r w:rsidDel="00000000" w:rsidR="00000000" w:rsidRPr="00000000">
              <w:rPr>
                <w:rFonts w:ascii="Aptos" w:cs="Aptos" w:eastAsia="Aptos" w:hAnsi="Aptos"/>
                <w:b w:val="0"/>
                <w:bCs w:val="0"/>
                <w:i w:val="0"/>
                <w:iCs w:val="0"/>
                <w:color w:val="7a848c"/>
                <w:sz w:val="17"/>
                <w:szCs w:val="17"/>
                <w:rtl w:val="0"/>
              </w:rPr>
              <w:t xml:space="preserve">☐ High   ☐ Med   ☐ Low</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2D">
            <w:pPr>
              <w:rPr/>
            </w:pPr>
            <w:r w:rsidDel="00000000" w:rsidR="00000000" w:rsidRPr="00000000">
              <w:rPr>
                <w:rFonts w:ascii="Aptos" w:cs="Aptos" w:eastAsia="Aptos" w:hAnsi="Aptos"/>
                <w:b w:val="0"/>
                <w:bCs w:val="0"/>
                <w:i w:val="0"/>
                <w:iCs w:val="0"/>
                <w:color w:val="7a848c"/>
                <w:sz w:val="17"/>
                <w:szCs w:val="17"/>
                <w:rtl w:val="0"/>
              </w:rPr>
              <w:t xml:space="preserve">2</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2E">
            <w:pPr>
              <w:rPr/>
            </w:pPr>
            <w:r w:rsidDel="00000000" w:rsidR="00000000" w:rsidRPr="00000000">
              <w:rPr>
                <w:rFonts w:ascii="Aptos" w:cs="Aptos" w:eastAsia="Aptos" w:hAnsi="Aptos"/>
                <w:b w:val="0"/>
                <w:bCs w:val="0"/>
                <w:i w:val="1"/>
                <w:iCs w:val="1"/>
                <w:color w:val="7a848c"/>
                <w:sz w:val="17"/>
                <w:szCs w:val="17"/>
                <w:rtl w:val="0"/>
              </w:rPr>
              <w:t xml:space="preserve">Type a short description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2F">
            <w:pPr>
              <w:rPr/>
            </w:pPr>
            <w:r w:rsidDel="00000000" w:rsidR="00000000" w:rsidRPr="00000000">
              <w:rPr>
                <w:rFonts w:ascii="Aptos" w:cs="Aptos" w:eastAsia="Aptos" w:hAnsi="Aptos"/>
                <w:b w:val="0"/>
                <w:bCs w:val="0"/>
                <w:i w:val="0"/>
                <w:iCs w:val="0"/>
                <w:color w:val="7a848c"/>
                <w:sz w:val="17"/>
                <w:szCs w:val="17"/>
                <w:rtl w:val="0"/>
              </w:rPr>
              <w:t xml:space="preserve">☐ High   ☐ Med   ☐ Low</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30">
            <w:pPr>
              <w:rPr/>
            </w:pPr>
            <w:r w:rsidDel="00000000" w:rsidR="00000000" w:rsidRPr="00000000">
              <w:rPr>
                <w:rFonts w:ascii="Aptos" w:cs="Aptos" w:eastAsia="Aptos" w:hAnsi="Aptos"/>
                <w:b w:val="0"/>
                <w:bCs w:val="0"/>
                <w:i w:val="0"/>
                <w:iCs w:val="0"/>
                <w:color w:val="7a848c"/>
                <w:sz w:val="17"/>
                <w:szCs w:val="17"/>
                <w:rtl w:val="0"/>
              </w:rPr>
              <w:t xml:space="preserve">3</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31">
            <w:pPr>
              <w:rPr/>
            </w:pPr>
            <w:r w:rsidDel="00000000" w:rsidR="00000000" w:rsidRPr="00000000">
              <w:rPr>
                <w:rFonts w:ascii="Aptos" w:cs="Aptos" w:eastAsia="Aptos" w:hAnsi="Aptos"/>
                <w:b w:val="0"/>
                <w:bCs w:val="0"/>
                <w:i w:val="1"/>
                <w:iCs w:val="1"/>
                <w:color w:val="7a848c"/>
                <w:sz w:val="17"/>
                <w:szCs w:val="17"/>
                <w:rtl w:val="0"/>
              </w:rPr>
              <w:t xml:space="preserve">Type a short description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32">
            <w:pPr>
              <w:rPr/>
            </w:pPr>
            <w:r w:rsidDel="00000000" w:rsidR="00000000" w:rsidRPr="00000000">
              <w:rPr>
                <w:rFonts w:ascii="Aptos" w:cs="Aptos" w:eastAsia="Aptos" w:hAnsi="Aptos"/>
                <w:b w:val="0"/>
                <w:bCs w:val="0"/>
                <w:i w:val="0"/>
                <w:iCs w:val="0"/>
                <w:color w:val="7a848c"/>
                <w:sz w:val="17"/>
                <w:szCs w:val="17"/>
                <w:rtl w:val="0"/>
              </w:rPr>
              <w:t xml:space="preserve">☐ High   ☐ Med   ☐ Low</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33">
            <w:pPr>
              <w:rPr/>
            </w:pPr>
            <w:r w:rsidDel="00000000" w:rsidR="00000000" w:rsidRPr="00000000">
              <w:rPr>
                <w:rFonts w:ascii="Aptos" w:cs="Aptos" w:eastAsia="Aptos" w:hAnsi="Aptos"/>
                <w:b w:val="0"/>
                <w:bCs w:val="0"/>
                <w:i w:val="0"/>
                <w:iCs w:val="0"/>
                <w:color w:val="7a848c"/>
                <w:sz w:val="17"/>
                <w:szCs w:val="17"/>
                <w:rtl w:val="0"/>
              </w:rPr>
              <w:t xml:space="preserve">4</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34">
            <w:pPr>
              <w:rPr/>
            </w:pPr>
            <w:r w:rsidDel="00000000" w:rsidR="00000000" w:rsidRPr="00000000">
              <w:rPr>
                <w:rFonts w:ascii="Aptos" w:cs="Aptos" w:eastAsia="Aptos" w:hAnsi="Aptos"/>
                <w:b w:val="0"/>
                <w:bCs w:val="0"/>
                <w:i w:val="1"/>
                <w:iCs w:val="1"/>
                <w:color w:val="7a848c"/>
                <w:sz w:val="17"/>
                <w:szCs w:val="17"/>
                <w:rtl w:val="0"/>
              </w:rPr>
              <w:t xml:space="preserve">Type a short description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80.0" w:type="dxa"/>
              <w:bottom w:w="80.0" w:type="dxa"/>
            </w:tcMar>
          </w:tcPr>
          <w:p w:rsidR="00000000" w:rsidDel="00000000" w:rsidP="00000000" w:rsidRDefault="00000000" w:rsidRPr="00000000" w14:paraId="00000035">
            <w:pPr>
              <w:rPr/>
            </w:pPr>
            <w:r w:rsidDel="00000000" w:rsidR="00000000" w:rsidRPr="00000000">
              <w:rPr>
                <w:rFonts w:ascii="Aptos" w:cs="Aptos" w:eastAsia="Aptos" w:hAnsi="Aptos"/>
                <w:b w:val="0"/>
                <w:bCs w:val="0"/>
                <w:i w:val="0"/>
                <w:iCs w:val="0"/>
                <w:color w:val="7a848c"/>
                <w:sz w:val="17"/>
                <w:szCs w:val="17"/>
                <w:rtl w:val="0"/>
              </w:rPr>
              <w:t xml:space="preserve">☐ High   ☐ Med   ☐ Low</w:t>
            </w:r>
            <w:r w:rsidDel="00000000" w:rsidR="00000000" w:rsidRPr="00000000">
              <w:rPr>
                <w:rtl w:val="0"/>
              </w:rPr>
            </w:r>
          </w:p>
        </w:tc>
      </w:tr>
    </w:tbl>
    <w:p w:rsidR="00000000" w:rsidDel="00000000" w:rsidP="00000000" w:rsidRDefault="00000000" w:rsidRPr="00000000" w14:paraId="00000036">
      <w:pPr>
        <w:spacing w:after="40" w:before="60" w:lineRule="auto"/>
        <w:rPr/>
      </w:pPr>
      <w:r w:rsidDel="00000000" w:rsidR="00000000" w:rsidRPr="00000000">
        <w:rPr>
          <w:rtl w:val="0"/>
        </w:rPr>
      </w:r>
    </w:p>
    <w:p w:rsidR="00000000" w:rsidDel="00000000" w:rsidP="00000000" w:rsidRDefault="00000000" w:rsidRPr="00000000" w14:paraId="00000037">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4  |  Concern 1: Build the Picture</w:t>
      </w:r>
      <w:r w:rsidDel="00000000" w:rsidR="00000000" w:rsidRPr="00000000">
        <w:rPr>
          <w:rtl w:val="0"/>
        </w:rPr>
      </w:r>
    </w:p>
    <w:p w:rsidR="00000000" w:rsidDel="00000000" w:rsidP="00000000" w:rsidRDefault="00000000" w:rsidRPr="00000000" w14:paraId="00000038">
      <w:pPr>
        <w:spacing w:after="160" w:lineRule="auto"/>
        <w:rPr/>
      </w:pPr>
      <w:r w:rsidDel="00000000" w:rsidR="00000000" w:rsidRPr="00000000">
        <w:rPr>
          <w:rFonts w:ascii="Aptos" w:cs="Aptos" w:eastAsia="Aptos" w:hAnsi="Aptos"/>
          <w:b w:val="0"/>
          <w:bCs w:val="0"/>
          <w:i w:val="0"/>
          <w:iCs w:val="0"/>
          <w:color w:val="7a848c"/>
          <w:sz w:val="19"/>
          <w:szCs w:val="19"/>
          <w:rtl w:val="0"/>
        </w:rPr>
        <w:t xml:space="preserve">Use specific examples and plain language. You do not need to know the correct special education term.</w:t>
      </w:r>
      <w:r w:rsidDel="00000000" w:rsidR="00000000" w:rsidRPr="00000000">
        <w:rPr>
          <w:rtl w:val="0"/>
        </w:rPr>
      </w:r>
    </w:p>
    <w:tbl>
      <w:tblPr>
        <w:tblStyle w:val="Table5"/>
        <w:tblW w:w="10224.0" w:type="dxa"/>
        <w:jc w:val="center"/>
        <w:tblLayout w:type="fixed"/>
        <w:tblLook w:val="0400"/>
      </w:tblPr>
      <w:tblGrid>
        <w:gridCol w:w="2088"/>
        <w:gridCol w:w="8136"/>
        <w:tblGridChange w:id="0">
          <w:tblGrid>
            <w:gridCol w:w="2088"/>
            <w:gridCol w:w="813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03a61" w:val="clear"/>
            <w:tcMar>
              <w:top w:w="85.0" w:type="dxa"/>
              <w:bottom w:w="85.0" w:type="dxa"/>
            </w:tcMar>
          </w:tcPr>
          <w:p w:rsidR="00000000" w:rsidDel="00000000" w:rsidP="00000000" w:rsidRDefault="00000000" w:rsidRPr="00000000" w14:paraId="00000039">
            <w:pPr>
              <w:rPr/>
            </w:pPr>
            <w:r w:rsidDel="00000000" w:rsidR="00000000" w:rsidRPr="00000000">
              <w:rPr>
                <w:rFonts w:ascii="Aptos" w:cs="Aptos" w:eastAsia="Aptos" w:hAnsi="Aptos"/>
                <w:b w:val="1"/>
                <w:bCs w:val="1"/>
                <w:i w:val="0"/>
                <w:iCs w:val="0"/>
                <w:color w:val="ffffff"/>
                <w:sz w:val="18"/>
                <w:szCs w:val="18"/>
                <w:rtl w:val="0"/>
              </w:rPr>
              <w:t xml:space="preserve">CONCERN 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547d82" w:val="clear"/>
            <w:tcMar>
              <w:top w:w="85.0" w:type="dxa"/>
              <w:bottom w:w="85.0" w:type="dxa"/>
            </w:tcMar>
          </w:tcPr>
          <w:p w:rsidR="00000000" w:rsidDel="00000000" w:rsidP="00000000" w:rsidRDefault="00000000" w:rsidRPr="00000000" w14:paraId="0000003A">
            <w:pPr>
              <w:rPr/>
            </w:pPr>
            <w:r w:rsidDel="00000000" w:rsidR="00000000" w:rsidRPr="00000000">
              <w:rPr>
                <w:rFonts w:ascii="Aptos" w:cs="Aptos" w:eastAsia="Aptos" w:hAnsi="Aptos"/>
                <w:b w:val="0"/>
                <w:bCs w:val="0"/>
                <w:i w:val="0"/>
                <w:iCs w:val="0"/>
                <w:color w:val="ffffff"/>
                <w:sz w:val="17"/>
                <w:szCs w:val="17"/>
                <w:rtl w:val="0"/>
              </w:rPr>
              <w:t xml:space="preserve">Turn what you are noticing into clear questions and next steps.</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3B">
            <w:pPr>
              <w:spacing w:after="40" w:lineRule="auto"/>
              <w:rPr/>
            </w:pPr>
            <w:r w:rsidDel="00000000" w:rsidR="00000000" w:rsidRPr="00000000">
              <w:rPr>
                <w:rFonts w:ascii="Aptos" w:cs="Aptos" w:eastAsia="Aptos" w:hAnsi="Aptos"/>
                <w:b w:val="1"/>
                <w:bCs w:val="1"/>
                <w:i w:val="0"/>
                <w:iCs w:val="0"/>
                <w:color w:val="547d82"/>
                <w:sz w:val="15"/>
                <w:szCs w:val="15"/>
                <w:rtl w:val="0"/>
              </w:rPr>
              <w:t xml:space="preserve">AREA OF CONCERN</w:t>
            </w:r>
            <w:r w:rsidDel="00000000" w:rsidR="00000000" w:rsidRPr="00000000">
              <w:rPr>
                <w:rtl w:val="0"/>
              </w:rPr>
            </w:r>
          </w:p>
          <w:p w:rsidR="00000000" w:rsidDel="00000000" w:rsidP="00000000" w:rsidRDefault="00000000" w:rsidRPr="00000000" w14:paraId="0000003C">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e.g., reading, math, attention, behavior, communication, organization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3D">
            <w:pPr>
              <w:spacing w:after="40" w:lineRule="auto"/>
              <w:rPr/>
            </w:pPr>
            <w:r w:rsidDel="00000000" w:rsidR="00000000" w:rsidRPr="00000000">
              <w:rPr>
                <w:rFonts w:ascii="Aptos" w:cs="Aptos" w:eastAsia="Aptos" w:hAnsi="Aptos"/>
                <w:b w:val="1"/>
                <w:bCs w:val="1"/>
                <w:i w:val="0"/>
                <w:iCs w:val="0"/>
                <w:color w:val="547d82"/>
                <w:sz w:val="15"/>
                <w:szCs w:val="15"/>
                <w:rtl w:val="0"/>
              </w:rPr>
              <w:t xml:space="preserve">PRIORITY</w:t>
            </w:r>
            <w:r w:rsidDel="00000000" w:rsidR="00000000" w:rsidRPr="00000000">
              <w:rPr>
                <w:rtl w:val="0"/>
              </w:rPr>
            </w:r>
          </w:p>
          <w:p w:rsidR="00000000" w:rsidDel="00000000" w:rsidP="00000000" w:rsidRDefault="00000000" w:rsidRPr="00000000" w14:paraId="0000003E">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 High    ☐ Medium    ☐ Monitor / Ask for more information</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3F">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AM SEEING</w:t>
            </w:r>
            <w:r w:rsidDel="00000000" w:rsidR="00000000" w:rsidRPr="00000000">
              <w:rPr>
                <w:rtl w:val="0"/>
              </w:rPr>
            </w:r>
          </w:p>
          <w:p w:rsidR="00000000" w:rsidDel="00000000" w:rsidP="00000000" w:rsidRDefault="00000000" w:rsidRPr="00000000" w14:paraId="00000040">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the concern in your own words. What happens, how often, and when?</w:t>
            </w:r>
            <w:r w:rsidDel="00000000" w:rsidR="00000000" w:rsidRPr="00000000">
              <w:rPr>
                <w:rtl w:val="0"/>
              </w:rPr>
            </w:r>
          </w:p>
          <w:p w:rsidR="00000000" w:rsidDel="00000000" w:rsidP="00000000" w:rsidRDefault="00000000" w:rsidRPr="00000000" w14:paraId="00000041">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42">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43">
            <w:pPr>
              <w:spacing w:after="40" w:lineRule="auto"/>
              <w:rPr/>
            </w:pPr>
            <w:r w:rsidDel="00000000" w:rsidR="00000000" w:rsidRPr="00000000">
              <w:rPr>
                <w:rFonts w:ascii="Aptos" w:cs="Aptos" w:eastAsia="Aptos" w:hAnsi="Aptos"/>
                <w:b w:val="1"/>
                <w:bCs w:val="1"/>
                <w:i w:val="0"/>
                <w:iCs w:val="0"/>
                <w:color w:val="547d82"/>
                <w:sz w:val="15"/>
                <w:szCs w:val="15"/>
                <w:rtl w:val="0"/>
              </w:rPr>
              <w:t xml:space="preserve">SPECIFIC EXAMPLES OR DATA</w:t>
            </w:r>
            <w:r w:rsidDel="00000000" w:rsidR="00000000" w:rsidRPr="00000000">
              <w:rPr>
                <w:rtl w:val="0"/>
              </w:rPr>
            </w:r>
          </w:p>
          <w:p w:rsidR="00000000" w:rsidDel="00000000" w:rsidP="00000000" w:rsidRDefault="00000000" w:rsidRPr="00000000" w14:paraId="00000044">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Include homework, work samples, test scores, progress reports, emails, behaviors, or observations.</w:t>
            </w:r>
            <w:r w:rsidDel="00000000" w:rsidR="00000000" w:rsidRPr="00000000">
              <w:rPr>
                <w:rtl w:val="0"/>
              </w:rPr>
            </w:r>
          </w:p>
          <w:p w:rsidR="00000000" w:rsidDel="00000000" w:rsidP="00000000" w:rsidRDefault="00000000" w:rsidRPr="00000000" w14:paraId="00000045">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46">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47">
            <w:pPr>
              <w:spacing w:after="40" w:lineRule="auto"/>
              <w:rPr/>
            </w:pPr>
            <w:r w:rsidDel="00000000" w:rsidR="00000000" w:rsidRPr="00000000">
              <w:rPr>
                <w:rFonts w:ascii="Aptos" w:cs="Aptos" w:eastAsia="Aptos" w:hAnsi="Aptos"/>
                <w:b w:val="1"/>
                <w:bCs w:val="1"/>
                <w:i w:val="0"/>
                <w:iCs w:val="0"/>
                <w:color w:val="547d82"/>
                <w:sz w:val="15"/>
                <w:szCs w:val="15"/>
                <w:rtl w:val="0"/>
              </w:rPr>
              <w:t xml:space="preserve">HOW THIS AFFECTS MY CHILD</w:t>
            </w:r>
            <w:r w:rsidDel="00000000" w:rsidR="00000000" w:rsidRPr="00000000">
              <w:rPr>
                <w:rtl w:val="0"/>
              </w:rPr>
            </w:r>
          </w:p>
          <w:p w:rsidR="00000000" w:rsidDel="00000000" w:rsidP="00000000" w:rsidRDefault="00000000" w:rsidRPr="00000000" w14:paraId="00000048">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How does this affect learning, independence, participation, confidence, behavior, or access to instruction?</w:t>
            </w:r>
            <w:r w:rsidDel="00000000" w:rsidR="00000000" w:rsidRPr="00000000">
              <w:rPr>
                <w:rtl w:val="0"/>
              </w:rPr>
            </w:r>
          </w:p>
          <w:p w:rsidR="00000000" w:rsidDel="00000000" w:rsidP="00000000" w:rsidRDefault="00000000" w:rsidRPr="00000000" w14:paraId="00000049">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4A">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4B">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HAS ALREADY BEEN TRIED</w:t>
            </w:r>
            <w:r w:rsidDel="00000000" w:rsidR="00000000" w:rsidRPr="00000000">
              <w:rPr>
                <w:rtl w:val="0"/>
              </w:rPr>
            </w:r>
          </w:p>
          <w:p w:rsidR="00000000" w:rsidDel="00000000" w:rsidP="00000000" w:rsidRDefault="00000000" w:rsidRPr="00000000" w14:paraId="0000004C">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List interventions, accommodations, tutoring, strategies, supports, or changes and what happened.</w:t>
            </w:r>
            <w:r w:rsidDel="00000000" w:rsidR="00000000" w:rsidRPr="00000000">
              <w:rPr>
                <w:rtl w:val="0"/>
              </w:rPr>
            </w:r>
          </w:p>
          <w:p w:rsidR="00000000" w:rsidDel="00000000" w:rsidP="00000000" w:rsidRDefault="00000000" w:rsidRPr="00000000" w14:paraId="0000004D">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4E">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4F">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NEED TO UNDERSTAND</w:t>
            </w:r>
            <w:r w:rsidDel="00000000" w:rsidR="00000000" w:rsidRPr="00000000">
              <w:rPr>
                <w:rtl w:val="0"/>
              </w:rPr>
            </w:r>
          </w:p>
          <w:p w:rsidR="00000000" w:rsidDel="00000000" w:rsidP="00000000" w:rsidRDefault="00000000" w:rsidRPr="00000000" w14:paraId="00000050">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information, explanation, or data would help you better understand the concern?</w:t>
            </w:r>
            <w:r w:rsidDel="00000000" w:rsidR="00000000" w:rsidRPr="00000000">
              <w:rPr>
                <w:rtl w:val="0"/>
              </w:rPr>
            </w:r>
          </w:p>
          <w:p w:rsidR="00000000" w:rsidDel="00000000" w:rsidP="00000000" w:rsidRDefault="00000000" w:rsidRPr="00000000" w14:paraId="00000051">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52">
            <w:pPr>
              <w:spacing w:after="40" w:lineRule="auto"/>
              <w:rPr/>
            </w:pPr>
            <w:r w:rsidDel="00000000" w:rsidR="00000000" w:rsidRPr="00000000">
              <w:rPr>
                <w:rFonts w:ascii="Aptos" w:cs="Aptos" w:eastAsia="Aptos" w:hAnsi="Aptos"/>
                <w:b w:val="1"/>
                <w:bCs w:val="1"/>
                <w:i w:val="0"/>
                <w:iCs w:val="0"/>
                <w:color w:val="547d82"/>
                <w:sz w:val="15"/>
                <w:szCs w:val="15"/>
                <w:rtl w:val="0"/>
              </w:rPr>
              <w:t xml:space="preserve">MY QUESTIONS FOR THE TEAM</w:t>
            </w:r>
            <w:r w:rsidDel="00000000" w:rsidR="00000000" w:rsidRPr="00000000">
              <w:rPr>
                <w:rtl w:val="0"/>
              </w:rPr>
            </w:r>
          </w:p>
          <w:p w:rsidR="00000000" w:rsidDel="00000000" w:rsidP="00000000" w:rsidRDefault="00000000" w:rsidRPr="00000000" w14:paraId="00000053">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Write the specific questions you want answered during the meeting.</w:t>
            </w:r>
            <w:r w:rsidDel="00000000" w:rsidR="00000000" w:rsidRPr="00000000">
              <w:rPr>
                <w:rtl w:val="0"/>
              </w:rPr>
            </w:r>
          </w:p>
          <w:p w:rsidR="00000000" w:rsidDel="00000000" w:rsidP="00000000" w:rsidRDefault="00000000" w:rsidRPr="00000000" w14:paraId="00000054">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55">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WANT THE TEAM TO DISCUSS</w:t>
            </w:r>
            <w:r w:rsidDel="00000000" w:rsidR="00000000" w:rsidRPr="00000000">
              <w:rPr>
                <w:rtl w:val="0"/>
              </w:rPr>
            </w:r>
          </w:p>
          <w:p w:rsidR="00000000" w:rsidDel="00000000" w:rsidP="00000000" w:rsidRDefault="00000000" w:rsidRPr="00000000" w14:paraId="00000056">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Evaluation? Goal? Service? Accommodation? Instructional approach? Progress monitoring? Other support?</w:t>
            </w:r>
            <w:r w:rsidDel="00000000" w:rsidR="00000000" w:rsidRPr="00000000">
              <w:rPr>
                <w:rtl w:val="0"/>
              </w:rPr>
            </w:r>
          </w:p>
          <w:p w:rsidR="00000000" w:rsidDel="00000000" w:rsidP="00000000" w:rsidRDefault="00000000" w:rsidRPr="00000000" w14:paraId="00000057">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58">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WOULD IMPROVEMENT LOOK LIKE?</w:t>
            </w:r>
            <w:r w:rsidDel="00000000" w:rsidR="00000000" w:rsidRPr="00000000">
              <w:rPr>
                <w:rtl w:val="0"/>
              </w:rPr>
            </w:r>
          </w:p>
          <w:p w:rsidR="00000000" w:rsidDel="00000000" w:rsidP="00000000" w:rsidRDefault="00000000" w:rsidRPr="00000000" w14:paraId="00000059">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what meaningful progress or a successful outcome would look like for your child.</w:t>
            </w:r>
            <w:r w:rsidDel="00000000" w:rsidR="00000000" w:rsidRPr="00000000">
              <w:rPr>
                <w:rtl w:val="0"/>
              </w:rPr>
            </w:r>
          </w:p>
          <w:p w:rsidR="00000000" w:rsidDel="00000000" w:rsidP="00000000" w:rsidRDefault="00000000" w:rsidRPr="00000000" w14:paraId="0000005A">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5B">
            <w:pPr>
              <w:spacing w:after="40" w:lineRule="auto"/>
              <w:rPr/>
            </w:pPr>
            <w:r w:rsidDel="00000000" w:rsidR="00000000" w:rsidRPr="00000000">
              <w:rPr>
                <w:rFonts w:ascii="Aptos" w:cs="Aptos" w:eastAsia="Aptos" w:hAnsi="Aptos"/>
                <w:b w:val="1"/>
                <w:bCs w:val="1"/>
                <w:i w:val="0"/>
                <w:iCs w:val="0"/>
                <w:color w:val="547d82"/>
                <w:sz w:val="15"/>
                <w:szCs w:val="15"/>
                <w:rtl w:val="0"/>
              </w:rPr>
              <w:t xml:space="preserve">TEAM RESPONSE / NOTES</w:t>
            </w:r>
            <w:r w:rsidDel="00000000" w:rsidR="00000000" w:rsidRPr="00000000">
              <w:rPr>
                <w:rtl w:val="0"/>
              </w:rPr>
            </w:r>
          </w:p>
          <w:p w:rsidR="00000000" w:rsidDel="00000000" w:rsidP="00000000" w:rsidRDefault="00000000" w:rsidRPr="00000000" w14:paraId="0000005C">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Use during the meeting to record explanations, data, or decisions.</w:t>
            </w:r>
            <w:r w:rsidDel="00000000" w:rsidR="00000000" w:rsidRPr="00000000">
              <w:rPr>
                <w:rtl w:val="0"/>
              </w:rPr>
            </w:r>
          </w:p>
          <w:p w:rsidR="00000000" w:rsidDel="00000000" w:rsidP="00000000" w:rsidRDefault="00000000" w:rsidRPr="00000000" w14:paraId="0000005D">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5E">
            <w:pPr>
              <w:spacing w:after="40" w:lineRule="auto"/>
              <w:rPr/>
            </w:pPr>
            <w:r w:rsidDel="00000000" w:rsidR="00000000" w:rsidRPr="00000000">
              <w:rPr>
                <w:rFonts w:ascii="Aptos" w:cs="Aptos" w:eastAsia="Aptos" w:hAnsi="Aptos"/>
                <w:b w:val="1"/>
                <w:bCs w:val="1"/>
                <w:i w:val="0"/>
                <w:iCs w:val="0"/>
                <w:color w:val="547d82"/>
                <w:sz w:val="15"/>
                <w:szCs w:val="15"/>
                <w:rtl w:val="0"/>
              </w:rPr>
              <w:t xml:space="preserve">FOLLOW-UP NEEDED</w:t>
            </w:r>
            <w:r w:rsidDel="00000000" w:rsidR="00000000" w:rsidRPr="00000000">
              <w:rPr>
                <w:rtl w:val="0"/>
              </w:rPr>
            </w:r>
          </w:p>
          <w:p w:rsidR="00000000" w:rsidDel="00000000" w:rsidP="00000000" w:rsidRDefault="00000000" w:rsidRPr="00000000" w14:paraId="0000005F">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will happen next, who is responsible, and by when?</w:t>
            </w:r>
            <w:r w:rsidDel="00000000" w:rsidR="00000000" w:rsidRPr="00000000">
              <w:rPr>
                <w:rtl w:val="0"/>
              </w:rPr>
            </w:r>
          </w:p>
          <w:p w:rsidR="00000000" w:rsidDel="00000000" w:rsidP="00000000" w:rsidRDefault="00000000" w:rsidRPr="00000000" w14:paraId="00000060">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bl>
    <w:p w:rsidR="00000000" w:rsidDel="00000000" w:rsidP="00000000" w:rsidRDefault="00000000" w:rsidRPr="00000000" w14:paraId="00000061">
      <w:pPr>
        <w:spacing w:after="40" w:before="60" w:lineRule="auto"/>
        <w:rPr>
          <w:b w:val="1"/>
          <w:bCs w:val="1"/>
          <w:color w:val="103a61"/>
          <w:sz w:val="32"/>
          <w:szCs w:val="32"/>
        </w:rPr>
      </w:pPr>
      <w:r w:rsidDel="00000000" w:rsidR="00000000" w:rsidRPr="00000000">
        <w:rPr>
          <w:rtl w:val="0"/>
        </w:rPr>
      </w:r>
    </w:p>
    <w:p w:rsidR="00000000" w:rsidDel="00000000" w:rsidP="00000000" w:rsidRDefault="00000000" w:rsidRPr="00000000" w14:paraId="00000062">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4  |  Concern 2: Build the Picture</w:t>
      </w:r>
      <w:r w:rsidDel="00000000" w:rsidR="00000000" w:rsidRPr="00000000">
        <w:rPr>
          <w:rtl w:val="0"/>
        </w:rPr>
      </w:r>
    </w:p>
    <w:p w:rsidR="00000000" w:rsidDel="00000000" w:rsidP="00000000" w:rsidRDefault="00000000" w:rsidRPr="00000000" w14:paraId="00000063">
      <w:pPr>
        <w:spacing w:after="160" w:lineRule="auto"/>
        <w:rPr/>
      </w:pPr>
      <w:r w:rsidDel="00000000" w:rsidR="00000000" w:rsidRPr="00000000">
        <w:rPr>
          <w:rFonts w:ascii="Aptos" w:cs="Aptos" w:eastAsia="Aptos" w:hAnsi="Aptos"/>
          <w:b w:val="0"/>
          <w:bCs w:val="0"/>
          <w:i w:val="0"/>
          <w:iCs w:val="0"/>
          <w:color w:val="7a848c"/>
          <w:sz w:val="19"/>
          <w:szCs w:val="19"/>
          <w:rtl w:val="0"/>
        </w:rPr>
        <w:t xml:space="preserve">Use specific examples and plain language. You do not need to know the correct special education term.</w:t>
      </w:r>
      <w:r w:rsidDel="00000000" w:rsidR="00000000" w:rsidRPr="00000000">
        <w:rPr>
          <w:rtl w:val="0"/>
        </w:rPr>
      </w:r>
    </w:p>
    <w:tbl>
      <w:tblPr>
        <w:tblStyle w:val="Table6"/>
        <w:tblW w:w="10224.0" w:type="dxa"/>
        <w:jc w:val="center"/>
        <w:tblLayout w:type="fixed"/>
        <w:tblLook w:val="0400"/>
      </w:tblPr>
      <w:tblGrid>
        <w:gridCol w:w="2088"/>
        <w:gridCol w:w="8136"/>
        <w:tblGridChange w:id="0">
          <w:tblGrid>
            <w:gridCol w:w="2088"/>
            <w:gridCol w:w="813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03a61" w:val="clear"/>
            <w:tcMar>
              <w:top w:w="85.0" w:type="dxa"/>
              <w:bottom w:w="85.0" w:type="dxa"/>
            </w:tcMar>
          </w:tcPr>
          <w:p w:rsidR="00000000" w:rsidDel="00000000" w:rsidP="00000000" w:rsidRDefault="00000000" w:rsidRPr="00000000" w14:paraId="00000064">
            <w:pPr>
              <w:rPr/>
            </w:pPr>
            <w:r w:rsidDel="00000000" w:rsidR="00000000" w:rsidRPr="00000000">
              <w:rPr>
                <w:rFonts w:ascii="Aptos" w:cs="Aptos" w:eastAsia="Aptos" w:hAnsi="Aptos"/>
                <w:b w:val="1"/>
                <w:bCs w:val="1"/>
                <w:i w:val="0"/>
                <w:iCs w:val="0"/>
                <w:color w:val="ffffff"/>
                <w:sz w:val="18"/>
                <w:szCs w:val="18"/>
                <w:rtl w:val="0"/>
              </w:rPr>
              <w:t xml:space="preserve">CONCERN 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547d82" w:val="clear"/>
            <w:tcMar>
              <w:top w:w="85.0" w:type="dxa"/>
              <w:bottom w:w="85.0" w:type="dxa"/>
            </w:tcMar>
          </w:tcPr>
          <w:p w:rsidR="00000000" w:rsidDel="00000000" w:rsidP="00000000" w:rsidRDefault="00000000" w:rsidRPr="00000000" w14:paraId="00000065">
            <w:pPr>
              <w:rPr/>
            </w:pPr>
            <w:r w:rsidDel="00000000" w:rsidR="00000000" w:rsidRPr="00000000">
              <w:rPr>
                <w:rFonts w:ascii="Aptos" w:cs="Aptos" w:eastAsia="Aptos" w:hAnsi="Aptos"/>
                <w:b w:val="0"/>
                <w:bCs w:val="0"/>
                <w:i w:val="0"/>
                <w:iCs w:val="0"/>
                <w:color w:val="ffffff"/>
                <w:sz w:val="17"/>
                <w:szCs w:val="17"/>
                <w:rtl w:val="0"/>
              </w:rPr>
              <w:t xml:space="preserve">Turn what you are noticing into clear questions and next steps.</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66">
            <w:pPr>
              <w:spacing w:after="40" w:lineRule="auto"/>
              <w:rPr/>
            </w:pPr>
            <w:r w:rsidDel="00000000" w:rsidR="00000000" w:rsidRPr="00000000">
              <w:rPr>
                <w:rFonts w:ascii="Aptos" w:cs="Aptos" w:eastAsia="Aptos" w:hAnsi="Aptos"/>
                <w:b w:val="1"/>
                <w:bCs w:val="1"/>
                <w:i w:val="0"/>
                <w:iCs w:val="0"/>
                <w:color w:val="547d82"/>
                <w:sz w:val="15"/>
                <w:szCs w:val="15"/>
                <w:rtl w:val="0"/>
              </w:rPr>
              <w:t xml:space="preserve">AREA OF CONCERN</w:t>
            </w:r>
            <w:r w:rsidDel="00000000" w:rsidR="00000000" w:rsidRPr="00000000">
              <w:rPr>
                <w:rtl w:val="0"/>
              </w:rPr>
            </w:r>
          </w:p>
          <w:p w:rsidR="00000000" w:rsidDel="00000000" w:rsidP="00000000" w:rsidRDefault="00000000" w:rsidRPr="00000000" w14:paraId="00000067">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e.g., reading, math, attention, behavior, communication, organization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68">
            <w:pPr>
              <w:spacing w:after="40" w:lineRule="auto"/>
              <w:rPr/>
            </w:pPr>
            <w:r w:rsidDel="00000000" w:rsidR="00000000" w:rsidRPr="00000000">
              <w:rPr>
                <w:rFonts w:ascii="Aptos" w:cs="Aptos" w:eastAsia="Aptos" w:hAnsi="Aptos"/>
                <w:b w:val="1"/>
                <w:bCs w:val="1"/>
                <w:i w:val="0"/>
                <w:iCs w:val="0"/>
                <w:color w:val="547d82"/>
                <w:sz w:val="15"/>
                <w:szCs w:val="15"/>
                <w:rtl w:val="0"/>
              </w:rPr>
              <w:t xml:space="preserve">PRIORITY</w:t>
            </w:r>
            <w:r w:rsidDel="00000000" w:rsidR="00000000" w:rsidRPr="00000000">
              <w:rPr>
                <w:rtl w:val="0"/>
              </w:rPr>
            </w:r>
          </w:p>
          <w:p w:rsidR="00000000" w:rsidDel="00000000" w:rsidP="00000000" w:rsidRDefault="00000000" w:rsidRPr="00000000" w14:paraId="00000069">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 High    ☐ Medium    ☐ Monitor / Ask for more information</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6A">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AM SEEING</w:t>
            </w:r>
            <w:r w:rsidDel="00000000" w:rsidR="00000000" w:rsidRPr="00000000">
              <w:rPr>
                <w:rtl w:val="0"/>
              </w:rPr>
            </w:r>
          </w:p>
          <w:p w:rsidR="00000000" w:rsidDel="00000000" w:rsidP="00000000" w:rsidRDefault="00000000" w:rsidRPr="00000000" w14:paraId="0000006B">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the concern in your own words. What happens, how often, and when?</w:t>
            </w:r>
            <w:r w:rsidDel="00000000" w:rsidR="00000000" w:rsidRPr="00000000">
              <w:rPr>
                <w:rtl w:val="0"/>
              </w:rPr>
            </w:r>
          </w:p>
          <w:p w:rsidR="00000000" w:rsidDel="00000000" w:rsidP="00000000" w:rsidRDefault="00000000" w:rsidRPr="00000000" w14:paraId="0000006C">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6D">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6E">
            <w:pPr>
              <w:spacing w:after="40" w:lineRule="auto"/>
              <w:rPr/>
            </w:pPr>
            <w:r w:rsidDel="00000000" w:rsidR="00000000" w:rsidRPr="00000000">
              <w:rPr>
                <w:rFonts w:ascii="Aptos" w:cs="Aptos" w:eastAsia="Aptos" w:hAnsi="Aptos"/>
                <w:b w:val="1"/>
                <w:bCs w:val="1"/>
                <w:i w:val="0"/>
                <w:iCs w:val="0"/>
                <w:color w:val="547d82"/>
                <w:sz w:val="15"/>
                <w:szCs w:val="15"/>
                <w:rtl w:val="0"/>
              </w:rPr>
              <w:t xml:space="preserve">SPECIFIC EXAMPLES OR DATA</w:t>
            </w:r>
            <w:r w:rsidDel="00000000" w:rsidR="00000000" w:rsidRPr="00000000">
              <w:rPr>
                <w:rtl w:val="0"/>
              </w:rPr>
            </w:r>
          </w:p>
          <w:p w:rsidR="00000000" w:rsidDel="00000000" w:rsidP="00000000" w:rsidRDefault="00000000" w:rsidRPr="00000000" w14:paraId="0000006F">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Include homework, work samples, test scores, progress reports, emails, behaviors, or observations.</w:t>
            </w:r>
            <w:r w:rsidDel="00000000" w:rsidR="00000000" w:rsidRPr="00000000">
              <w:rPr>
                <w:rtl w:val="0"/>
              </w:rPr>
            </w:r>
          </w:p>
          <w:p w:rsidR="00000000" w:rsidDel="00000000" w:rsidP="00000000" w:rsidRDefault="00000000" w:rsidRPr="00000000" w14:paraId="00000070">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71">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72">
            <w:pPr>
              <w:spacing w:after="40" w:lineRule="auto"/>
              <w:rPr/>
            </w:pPr>
            <w:r w:rsidDel="00000000" w:rsidR="00000000" w:rsidRPr="00000000">
              <w:rPr>
                <w:rFonts w:ascii="Aptos" w:cs="Aptos" w:eastAsia="Aptos" w:hAnsi="Aptos"/>
                <w:b w:val="1"/>
                <w:bCs w:val="1"/>
                <w:i w:val="0"/>
                <w:iCs w:val="0"/>
                <w:color w:val="547d82"/>
                <w:sz w:val="15"/>
                <w:szCs w:val="15"/>
                <w:rtl w:val="0"/>
              </w:rPr>
              <w:t xml:space="preserve">HOW THIS AFFECTS MY CHILD</w:t>
            </w:r>
            <w:r w:rsidDel="00000000" w:rsidR="00000000" w:rsidRPr="00000000">
              <w:rPr>
                <w:rtl w:val="0"/>
              </w:rPr>
            </w:r>
          </w:p>
          <w:p w:rsidR="00000000" w:rsidDel="00000000" w:rsidP="00000000" w:rsidRDefault="00000000" w:rsidRPr="00000000" w14:paraId="00000073">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How does this affect learning, independence, participation, confidence, behavior, or access to instruction?</w:t>
            </w:r>
            <w:r w:rsidDel="00000000" w:rsidR="00000000" w:rsidRPr="00000000">
              <w:rPr>
                <w:rtl w:val="0"/>
              </w:rPr>
            </w:r>
          </w:p>
          <w:p w:rsidR="00000000" w:rsidDel="00000000" w:rsidP="00000000" w:rsidRDefault="00000000" w:rsidRPr="00000000" w14:paraId="00000074">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75">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76">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HAS ALREADY BEEN TRIED</w:t>
            </w:r>
            <w:r w:rsidDel="00000000" w:rsidR="00000000" w:rsidRPr="00000000">
              <w:rPr>
                <w:rtl w:val="0"/>
              </w:rPr>
            </w:r>
          </w:p>
          <w:p w:rsidR="00000000" w:rsidDel="00000000" w:rsidP="00000000" w:rsidRDefault="00000000" w:rsidRPr="00000000" w14:paraId="00000077">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List interventions, accommodations, tutoring, strategies, supports, or changes and what happened.</w:t>
            </w:r>
            <w:r w:rsidDel="00000000" w:rsidR="00000000" w:rsidRPr="00000000">
              <w:rPr>
                <w:rtl w:val="0"/>
              </w:rPr>
            </w:r>
          </w:p>
          <w:p w:rsidR="00000000" w:rsidDel="00000000" w:rsidP="00000000" w:rsidRDefault="00000000" w:rsidRPr="00000000" w14:paraId="00000078">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79">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7A">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NEED TO UNDERSTAND</w:t>
            </w:r>
            <w:r w:rsidDel="00000000" w:rsidR="00000000" w:rsidRPr="00000000">
              <w:rPr>
                <w:rtl w:val="0"/>
              </w:rPr>
            </w:r>
          </w:p>
          <w:p w:rsidR="00000000" w:rsidDel="00000000" w:rsidP="00000000" w:rsidRDefault="00000000" w:rsidRPr="00000000" w14:paraId="0000007B">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information, explanation, or data would help you better understand the concern?</w:t>
            </w:r>
            <w:r w:rsidDel="00000000" w:rsidR="00000000" w:rsidRPr="00000000">
              <w:rPr>
                <w:rtl w:val="0"/>
              </w:rPr>
            </w:r>
          </w:p>
          <w:p w:rsidR="00000000" w:rsidDel="00000000" w:rsidP="00000000" w:rsidRDefault="00000000" w:rsidRPr="00000000" w14:paraId="0000007C">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7D">
            <w:pPr>
              <w:spacing w:after="40" w:lineRule="auto"/>
              <w:rPr/>
            </w:pPr>
            <w:r w:rsidDel="00000000" w:rsidR="00000000" w:rsidRPr="00000000">
              <w:rPr>
                <w:rFonts w:ascii="Aptos" w:cs="Aptos" w:eastAsia="Aptos" w:hAnsi="Aptos"/>
                <w:b w:val="1"/>
                <w:bCs w:val="1"/>
                <w:i w:val="0"/>
                <w:iCs w:val="0"/>
                <w:color w:val="547d82"/>
                <w:sz w:val="15"/>
                <w:szCs w:val="15"/>
                <w:rtl w:val="0"/>
              </w:rPr>
              <w:t xml:space="preserve">MY QUESTIONS FOR THE TEAM</w:t>
            </w:r>
            <w:r w:rsidDel="00000000" w:rsidR="00000000" w:rsidRPr="00000000">
              <w:rPr>
                <w:rtl w:val="0"/>
              </w:rPr>
            </w:r>
          </w:p>
          <w:p w:rsidR="00000000" w:rsidDel="00000000" w:rsidP="00000000" w:rsidRDefault="00000000" w:rsidRPr="00000000" w14:paraId="0000007E">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Write the specific questions you want answered during the meeting.</w:t>
            </w:r>
            <w:r w:rsidDel="00000000" w:rsidR="00000000" w:rsidRPr="00000000">
              <w:rPr>
                <w:rtl w:val="0"/>
              </w:rPr>
            </w:r>
          </w:p>
          <w:p w:rsidR="00000000" w:rsidDel="00000000" w:rsidP="00000000" w:rsidRDefault="00000000" w:rsidRPr="00000000" w14:paraId="0000007F">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80">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WANT THE TEAM TO DISCUSS</w:t>
            </w:r>
            <w:r w:rsidDel="00000000" w:rsidR="00000000" w:rsidRPr="00000000">
              <w:rPr>
                <w:rtl w:val="0"/>
              </w:rPr>
            </w:r>
          </w:p>
          <w:p w:rsidR="00000000" w:rsidDel="00000000" w:rsidP="00000000" w:rsidRDefault="00000000" w:rsidRPr="00000000" w14:paraId="00000081">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Evaluation? Goal? Service? Accommodation? Instructional approach? Progress monitoring? Other support?</w:t>
            </w:r>
            <w:r w:rsidDel="00000000" w:rsidR="00000000" w:rsidRPr="00000000">
              <w:rPr>
                <w:rtl w:val="0"/>
              </w:rPr>
            </w:r>
          </w:p>
          <w:p w:rsidR="00000000" w:rsidDel="00000000" w:rsidP="00000000" w:rsidRDefault="00000000" w:rsidRPr="00000000" w14:paraId="00000082">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83">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WOULD IMPROVEMENT LOOK LIKE?</w:t>
            </w:r>
            <w:r w:rsidDel="00000000" w:rsidR="00000000" w:rsidRPr="00000000">
              <w:rPr>
                <w:rtl w:val="0"/>
              </w:rPr>
            </w:r>
          </w:p>
          <w:p w:rsidR="00000000" w:rsidDel="00000000" w:rsidP="00000000" w:rsidRDefault="00000000" w:rsidRPr="00000000" w14:paraId="00000084">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what meaningful progress or a successful outcome would look like for your child.</w:t>
            </w:r>
            <w:r w:rsidDel="00000000" w:rsidR="00000000" w:rsidRPr="00000000">
              <w:rPr>
                <w:rtl w:val="0"/>
              </w:rPr>
            </w:r>
          </w:p>
          <w:p w:rsidR="00000000" w:rsidDel="00000000" w:rsidP="00000000" w:rsidRDefault="00000000" w:rsidRPr="00000000" w14:paraId="00000085">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86">
            <w:pPr>
              <w:spacing w:after="40" w:lineRule="auto"/>
              <w:rPr/>
            </w:pPr>
            <w:r w:rsidDel="00000000" w:rsidR="00000000" w:rsidRPr="00000000">
              <w:rPr>
                <w:rFonts w:ascii="Aptos" w:cs="Aptos" w:eastAsia="Aptos" w:hAnsi="Aptos"/>
                <w:b w:val="1"/>
                <w:bCs w:val="1"/>
                <w:i w:val="0"/>
                <w:iCs w:val="0"/>
                <w:color w:val="547d82"/>
                <w:sz w:val="15"/>
                <w:szCs w:val="15"/>
                <w:rtl w:val="0"/>
              </w:rPr>
              <w:t xml:space="preserve">TEAM RESPONSE / NOTES</w:t>
            </w:r>
            <w:r w:rsidDel="00000000" w:rsidR="00000000" w:rsidRPr="00000000">
              <w:rPr>
                <w:rtl w:val="0"/>
              </w:rPr>
            </w:r>
          </w:p>
          <w:p w:rsidR="00000000" w:rsidDel="00000000" w:rsidP="00000000" w:rsidRDefault="00000000" w:rsidRPr="00000000" w14:paraId="00000087">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Use during the meeting to record explanations, data, or decisions.</w:t>
            </w:r>
            <w:r w:rsidDel="00000000" w:rsidR="00000000" w:rsidRPr="00000000">
              <w:rPr>
                <w:rtl w:val="0"/>
              </w:rPr>
            </w:r>
          </w:p>
          <w:p w:rsidR="00000000" w:rsidDel="00000000" w:rsidP="00000000" w:rsidRDefault="00000000" w:rsidRPr="00000000" w14:paraId="00000088">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89">
            <w:pPr>
              <w:spacing w:after="40" w:lineRule="auto"/>
              <w:rPr/>
            </w:pPr>
            <w:r w:rsidDel="00000000" w:rsidR="00000000" w:rsidRPr="00000000">
              <w:rPr>
                <w:rFonts w:ascii="Aptos" w:cs="Aptos" w:eastAsia="Aptos" w:hAnsi="Aptos"/>
                <w:b w:val="1"/>
                <w:bCs w:val="1"/>
                <w:i w:val="0"/>
                <w:iCs w:val="0"/>
                <w:color w:val="547d82"/>
                <w:sz w:val="15"/>
                <w:szCs w:val="15"/>
                <w:rtl w:val="0"/>
              </w:rPr>
              <w:t xml:space="preserve">FOLLOW-UP NEEDED</w:t>
            </w:r>
            <w:r w:rsidDel="00000000" w:rsidR="00000000" w:rsidRPr="00000000">
              <w:rPr>
                <w:rtl w:val="0"/>
              </w:rPr>
            </w:r>
          </w:p>
          <w:p w:rsidR="00000000" w:rsidDel="00000000" w:rsidP="00000000" w:rsidRDefault="00000000" w:rsidRPr="00000000" w14:paraId="0000008A">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will happen next, who is responsible, and by when?</w:t>
            </w:r>
            <w:r w:rsidDel="00000000" w:rsidR="00000000" w:rsidRPr="00000000">
              <w:rPr>
                <w:rtl w:val="0"/>
              </w:rPr>
            </w:r>
          </w:p>
          <w:p w:rsidR="00000000" w:rsidDel="00000000" w:rsidP="00000000" w:rsidRDefault="00000000" w:rsidRPr="00000000" w14:paraId="0000008B">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bl>
    <w:p w:rsidR="00000000" w:rsidDel="00000000" w:rsidP="00000000" w:rsidRDefault="00000000" w:rsidRPr="00000000" w14:paraId="0000008C">
      <w:pPr>
        <w:spacing w:after="0" w:lineRule="auto"/>
        <w:rPr/>
      </w:pPr>
      <w:r w:rsidDel="00000000" w:rsidR="00000000" w:rsidRPr="00000000">
        <w:rPr>
          <w:rtl w:val="0"/>
        </w:rPr>
      </w:r>
    </w:p>
    <w:p w:rsidR="00000000" w:rsidDel="00000000" w:rsidP="00000000" w:rsidRDefault="00000000" w:rsidRPr="00000000" w14:paraId="0000008D">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4  |  Concern 3: Build the Picture</w:t>
      </w:r>
      <w:r w:rsidDel="00000000" w:rsidR="00000000" w:rsidRPr="00000000">
        <w:rPr>
          <w:rtl w:val="0"/>
        </w:rPr>
      </w:r>
    </w:p>
    <w:p w:rsidR="00000000" w:rsidDel="00000000" w:rsidP="00000000" w:rsidRDefault="00000000" w:rsidRPr="00000000" w14:paraId="0000008E">
      <w:pPr>
        <w:spacing w:after="160" w:lineRule="auto"/>
        <w:rPr/>
      </w:pPr>
      <w:r w:rsidDel="00000000" w:rsidR="00000000" w:rsidRPr="00000000">
        <w:rPr>
          <w:rFonts w:ascii="Aptos" w:cs="Aptos" w:eastAsia="Aptos" w:hAnsi="Aptos"/>
          <w:b w:val="0"/>
          <w:bCs w:val="0"/>
          <w:i w:val="0"/>
          <w:iCs w:val="0"/>
          <w:color w:val="7a848c"/>
          <w:sz w:val="19"/>
          <w:szCs w:val="19"/>
          <w:rtl w:val="0"/>
        </w:rPr>
        <w:t xml:space="preserve">Use specific examples and plain language. You do not need to know the correct special education term.</w:t>
      </w:r>
      <w:r w:rsidDel="00000000" w:rsidR="00000000" w:rsidRPr="00000000">
        <w:rPr>
          <w:rtl w:val="0"/>
        </w:rPr>
      </w:r>
    </w:p>
    <w:tbl>
      <w:tblPr>
        <w:tblStyle w:val="Table7"/>
        <w:tblW w:w="10224.0" w:type="dxa"/>
        <w:jc w:val="center"/>
        <w:tblLayout w:type="fixed"/>
        <w:tblLook w:val="0400"/>
      </w:tblPr>
      <w:tblGrid>
        <w:gridCol w:w="2088"/>
        <w:gridCol w:w="8136"/>
        <w:tblGridChange w:id="0">
          <w:tblGrid>
            <w:gridCol w:w="2088"/>
            <w:gridCol w:w="813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03a61" w:val="clear"/>
            <w:tcMar>
              <w:top w:w="85.0" w:type="dxa"/>
              <w:bottom w:w="85.0" w:type="dxa"/>
            </w:tcMar>
          </w:tcPr>
          <w:p w:rsidR="00000000" w:rsidDel="00000000" w:rsidP="00000000" w:rsidRDefault="00000000" w:rsidRPr="00000000" w14:paraId="0000008F">
            <w:pPr>
              <w:rPr/>
            </w:pPr>
            <w:r w:rsidDel="00000000" w:rsidR="00000000" w:rsidRPr="00000000">
              <w:rPr>
                <w:rFonts w:ascii="Aptos" w:cs="Aptos" w:eastAsia="Aptos" w:hAnsi="Aptos"/>
                <w:b w:val="1"/>
                <w:bCs w:val="1"/>
                <w:i w:val="0"/>
                <w:iCs w:val="0"/>
                <w:color w:val="ffffff"/>
                <w:sz w:val="18"/>
                <w:szCs w:val="18"/>
                <w:rtl w:val="0"/>
              </w:rPr>
              <w:t xml:space="preserve">CONCERN 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547d82" w:val="clear"/>
            <w:tcMar>
              <w:top w:w="85.0" w:type="dxa"/>
              <w:bottom w:w="85.0" w:type="dxa"/>
            </w:tcMar>
          </w:tcPr>
          <w:p w:rsidR="00000000" w:rsidDel="00000000" w:rsidP="00000000" w:rsidRDefault="00000000" w:rsidRPr="00000000" w14:paraId="00000090">
            <w:pPr>
              <w:rPr/>
            </w:pPr>
            <w:r w:rsidDel="00000000" w:rsidR="00000000" w:rsidRPr="00000000">
              <w:rPr>
                <w:rFonts w:ascii="Aptos" w:cs="Aptos" w:eastAsia="Aptos" w:hAnsi="Aptos"/>
                <w:b w:val="0"/>
                <w:bCs w:val="0"/>
                <w:i w:val="0"/>
                <w:iCs w:val="0"/>
                <w:color w:val="ffffff"/>
                <w:sz w:val="17"/>
                <w:szCs w:val="17"/>
                <w:rtl w:val="0"/>
              </w:rPr>
              <w:t xml:space="preserve">Turn what you are noticing into clear questions and next steps.</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91">
            <w:pPr>
              <w:spacing w:after="40" w:lineRule="auto"/>
              <w:rPr/>
            </w:pPr>
            <w:r w:rsidDel="00000000" w:rsidR="00000000" w:rsidRPr="00000000">
              <w:rPr>
                <w:rFonts w:ascii="Aptos" w:cs="Aptos" w:eastAsia="Aptos" w:hAnsi="Aptos"/>
                <w:b w:val="1"/>
                <w:bCs w:val="1"/>
                <w:i w:val="0"/>
                <w:iCs w:val="0"/>
                <w:color w:val="547d82"/>
                <w:sz w:val="15"/>
                <w:szCs w:val="15"/>
                <w:rtl w:val="0"/>
              </w:rPr>
              <w:t xml:space="preserve">AREA OF CONCERN</w:t>
            </w:r>
            <w:r w:rsidDel="00000000" w:rsidR="00000000" w:rsidRPr="00000000">
              <w:rPr>
                <w:rtl w:val="0"/>
              </w:rPr>
            </w:r>
          </w:p>
          <w:p w:rsidR="00000000" w:rsidDel="00000000" w:rsidP="00000000" w:rsidRDefault="00000000" w:rsidRPr="00000000" w14:paraId="00000092">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e.g., reading, math, attention, behavior, communication, organization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93">
            <w:pPr>
              <w:spacing w:after="40" w:lineRule="auto"/>
              <w:rPr/>
            </w:pPr>
            <w:r w:rsidDel="00000000" w:rsidR="00000000" w:rsidRPr="00000000">
              <w:rPr>
                <w:rFonts w:ascii="Aptos" w:cs="Aptos" w:eastAsia="Aptos" w:hAnsi="Aptos"/>
                <w:b w:val="1"/>
                <w:bCs w:val="1"/>
                <w:i w:val="0"/>
                <w:iCs w:val="0"/>
                <w:color w:val="547d82"/>
                <w:sz w:val="15"/>
                <w:szCs w:val="15"/>
                <w:rtl w:val="0"/>
              </w:rPr>
              <w:t xml:space="preserve">PRIORITY</w:t>
            </w:r>
            <w:r w:rsidDel="00000000" w:rsidR="00000000" w:rsidRPr="00000000">
              <w:rPr>
                <w:rtl w:val="0"/>
              </w:rPr>
            </w:r>
          </w:p>
          <w:p w:rsidR="00000000" w:rsidDel="00000000" w:rsidP="00000000" w:rsidRDefault="00000000" w:rsidRPr="00000000" w14:paraId="00000094">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 High    ☐ Medium    ☐ Monitor / Ask for more information</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95">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AM SEEING</w:t>
            </w:r>
            <w:r w:rsidDel="00000000" w:rsidR="00000000" w:rsidRPr="00000000">
              <w:rPr>
                <w:rtl w:val="0"/>
              </w:rPr>
            </w:r>
          </w:p>
          <w:p w:rsidR="00000000" w:rsidDel="00000000" w:rsidP="00000000" w:rsidRDefault="00000000" w:rsidRPr="00000000" w14:paraId="00000096">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the concern in your own words. What happens, how often, and when?</w:t>
            </w:r>
            <w:r w:rsidDel="00000000" w:rsidR="00000000" w:rsidRPr="00000000">
              <w:rPr>
                <w:rtl w:val="0"/>
              </w:rPr>
            </w:r>
          </w:p>
          <w:p w:rsidR="00000000" w:rsidDel="00000000" w:rsidP="00000000" w:rsidRDefault="00000000" w:rsidRPr="00000000" w14:paraId="00000097">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98">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99">
            <w:pPr>
              <w:spacing w:after="40" w:lineRule="auto"/>
              <w:rPr/>
            </w:pPr>
            <w:r w:rsidDel="00000000" w:rsidR="00000000" w:rsidRPr="00000000">
              <w:rPr>
                <w:rFonts w:ascii="Aptos" w:cs="Aptos" w:eastAsia="Aptos" w:hAnsi="Aptos"/>
                <w:b w:val="1"/>
                <w:bCs w:val="1"/>
                <w:i w:val="0"/>
                <w:iCs w:val="0"/>
                <w:color w:val="547d82"/>
                <w:sz w:val="15"/>
                <w:szCs w:val="15"/>
                <w:rtl w:val="0"/>
              </w:rPr>
              <w:t xml:space="preserve">SPECIFIC EXAMPLES OR DATA</w:t>
            </w:r>
            <w:r w:rsidDel="00000000" w:rsidR="00000000" w:rsidRPr="00000000">
              <w:rPr>
                <w:rtl w:val="0"/>
              </w:rPr>
            </w:r>
          </w:p>
          <w:p w:rsidR="00000000" w:rsidDel="00000000" w:rsidP="00000000" w:rsidRDefault="00000000" w:rsidRPr="00000000" w14:paraId="0000009A">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Include homework, work samples, test scores, progress reports, emails, behaviors, or observations.</w:t>
            </w:r>
            <w:r w:rsidDel="00000000" w:rsidR="00000000" w:rsidRPr="00000000">
              <w:rPr>
                <w:rtl w:val="0"/>
              </w:rPr>
            </w:r>
          </w:p>
          <w:p w:rsidR="00000000" w:rsidDel="00000000" w:rsidP="00000000" w:rsidRDefault="00000000" w:rsidRPr="00000000" w14:paraId="0000009B">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9C">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9D">
            <w:pPr>
              <w:spacing w:after="40" w:lineRule="auto"/>
              <w:rPr/>
            </w:pPr>
            <w:r w:rsidDel="00000000" w:rsidR="00000000" w:rsidRPr="00000000">
              <w:rPr>
                <w:rFonts w:ascii="Aptos" w:cs="Aptos" w:eastAsia="Aptos" w:hAnsi="Aptos"/>
                <w:b w:val="1"/>
                <w:bCs w:val="1"/>
                <w:i w:val="0"/>
                <w:iCs w:val="0"/>
                <w:color w:val="547d82"/>
                <w:sz w:val="15"/>
                <w:szCs w:val="15"/>
                <w:rtl w:val="0"/>
              </w:rPr>
              <w:t xml:space="preserve">HOW THIS AFFECTS MY CHILD</w:t>
            </w:r>
            <w:r w:rsidDel="00000000" w:rsidR="00000000" w:rsidRPr="00000000">
              <w:rPr>
                <w:rtl w:val="0"/>
              </w:rPr>
            </w:r>
          </w:p>
          <w:p w:rsidR="00000000" w:rsidDel="00000000" w:rsidP="00000000" w:rsidRDefault="00000000" w:rsidRPr="00000000" w14:paraId="0000009E">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How does this affect learning, independence, participation, confidence, behavior, or access to instruction?</w:t>
            </w:r>
            <w:r w:rsidDel="00000000" w:rsidR="00000000" w:rsidRPr="00000000">
              <w:rPr>
                <w:rtl w:val="0"/>
              </w:rPr>
            </w:r>
          </w:p>
          <w:p w:rsidR="00000000" w:rsidDel="00000000" w:rsidP="00000000" w:rsidRDefault="00000000" w:rsidRPr="00000000" w14:paraId="0000009F">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A0">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A1">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HAS ALREADY BEEN TRIED</w:t>
            </w:r>
            <w:r w:rsidDel="00000000" w:rsidR="00000000" w:rsidRPr="00000000">
              <w:rPr>
                <w:rtl w:val="0"/>
              </w:rPr>
            </w:r>
          </w:p>
          <w:p w:rsidR="00000000" w:rsidDel="00000000" w:rsidP="00000000" w:rsidRDefault="00000000" w:rsidRPr="00000000" w14:paraId="000000A2">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List interventions, accommodations, tutoring, strategies, supports, or changes and what happened.</w:t>
            </w:r>
            <w:r w:rsidDel="00000000" w:rsidR="00000000" w:rsidRPr="00000000">
              <w:rPr>
                <w:rtl w:val="0"/>
              </w:rPr>
            </w:r>
          </w:p>
          <w:p w:rsidR="00000000" w:rsidDel="00000000" w:rsidP="00000000" w:rsidRDefault="00000000" w:rsidRPr="00000000" w14:paraId="000000A3">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A4">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A5">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NEED TO UNDERSTAND</w:t>
            </w:r>
            <w:r w:rsidDel="00000000" w:rsidR="00000000" w:rsidRPr="00000000">
              <w:rPr>
                <w:rtl w:val="0"/>
              </w:rPr>
            </w:r>
          </w:p>
          <w:p w:rsidR="00000000" w:rsidDel="00000000" w:rsidP="00000000" w:rsidRDefault="00000000" w:rsidRPr="00000000" w14:paraId="000000A6">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information, explanation, or data would help you better understand the concern?</w:t>
            </w:r>
            <w:r w:rsidDel="00000000" w:rsidR="00000000" w:rsidRPr="00000000">
              <w:rPr>
                <w:rtl w:val="0"/>
              </w:rPr>
            </w:r>
          </w:p>
          <w:p w:rsidR="00000000" w:rsidDel="00000000" w:rsidP="00000000" w:rsidRDefault="00000000" w:rsidRPr="00000000" w14:paraId="000000A7">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A8">
            <w:pPr>
              <w:spacing w:after="40" w:lineRule="auto"/>
              <w:rPr/>
            </w:pPr>
            <w:r w:rsidDel="00000000" w:rsidR="00000000" w:rsidRPr="00000000">
              <w:rPr>
                <w:rFonts w:ascii="Aptos" w:cs="Aptos" w:eastAsia="Aptos" w:hAnsi="Aptos"/>
                <w:b w:val="1"/>
                <w:bCs w:val="1"/>
                <w:i w:val="0"/>
                <w:iCs w:val="0"/>
                <w:color w:val="547d82"/>
                <w:sz w:val="15"/>
                <w:szCs w:val="15"/>
                <w:rtl w:val="0"/>
              </w:rPr>
              <w:t xml:space="preserve">MY QUESTIONS FOR THE TEAM</w:t>
            </w:r>
            <w:r w:rsidDel="00000000" w:rsidR="00000000" w:rsidRPr="00000000">
              <w:rPr>
                <w:rtl w:val="0"/>
              </w:rPr>
            </w:r>
          </w:p>
          <w:p w:rsidR="00000000" w:rsidDel="00000000" w:rsidP="00000000" w:rsidRDefault="00000000" w:rsidRPr="00000000" w14:paraId="000000A9">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Write the specific questions you want answered during the meeting.</w:t>
            </w:r>
            <w:r w:rsidDel="00000000" w:rsidR="00000000" w:rsidRPr="00000000">
              <w:rPr>
                <w:rtl w:val="0"/>
              </w:rPr>
            </w:r>
          </w:p>
          <w:p w:rsidR="00000000" w:rsidDel="00000000" w:rsidP="00000000" w:rsidRDefault="00000000" w:rsidRPr="00000000" w14:paraId="000000AA">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AB">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WANT THE TEAM TO DISCUSS</w:t>
            </w:r>
            <w:r w:rsidDel="00000000" w:rsidR="00000000" w:rsidRPr="00000000">
              <w:rPr>
                <w:rtl w:val="0"/>
              </w:rPr>
            </w:r>
          </w:p>
          <w:p w:rsidR="00000000" w:rsidDel="00000000" w:rsidP="00000000" w:rsidRDefault="00000000" w:rsidRPr="00000000" w14:paraId="000000AC">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Evaluation? Goal? Service? Accommodation? Instructional approach? Progress monitoring? Other support?</w:t>
            </w:r>
            <w:r w:rsidDel="00000000" w:rsidR="00000000" w:rsidRPr="00000000">
              <w:rPr>
                <w:rtl w:val="0"/>
              </w:rPr>
            </w:r>
          </w:p>
          <w:p w:rsidR="00000000" w:rsidDel="00000000" w:rsidP="00000000" w:rsidRDefault="00000000" w:rsidRPr="00000000" w14:paraId="000000AD">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AE">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WOULD IMPROVEMENT LOOK LIKE?</w:t>
            </w:r>
            <w:r w:rsidDel="00000000" w:rsidR="00000000" w:rsidRPr="00000000">
              <w:rPr>
                <w:rtl w:val="0"/>
              </w:rPr>
            </w:r>
          </w:p>
          <w:p w:rsidR="00000000" w:rsidDel="00000000" w:rsidP="00000000" w:rsidRDefault="00000000" w:rsidRPr="00000000" w14:paraId="000000AF">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what meaningful progress or a successful outcome would look like for your child.</w:t>
            </w:r>
            <w:r w:rsidDel="00000000" w:rsidR="00000000" w:rsidRPr="00000000">
              <w:rPr>
                <w:rtl w:val="0"/>
              </w:rPr>
            </w:r>
          </w:p>
          <w:p w:rsidR="00000000" w:rsidDel="00000000" w:rsidP="00000000" w:rsidRDefault="00000000" w:rsidRPr="00000000" w14:paraId="000000B0">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B1">
            <w:pPr>
              <w:spacing w:after="40" w:lineRule="auto"/>
              <w:rPr/>
            </w:pPr>
            <w:r w:rsidDel="00000000" w:rsidR="00000000" w:rsidRPr="00000000">
              <w:rPr>
                <w:rFonts w:ascii="Aptos" w:cs="Aptos" w:eastAsia="Aptos" w:hAnsi="Aptos"/>
                <w:b w:val="1"/>
                <w:bCs w:val="1"/>
                <w:i w:val="0"/>
                <w:iCs w:val="0"/>
                <w:color w:val="547d82"/>
                <w:sz w:val="15"/>
                <w:szCs w:val="15"/>
                <w:rtl w:val="0"/>
              </w:rPr>
              <w:t xml:space="preserve">TEAM RESPONSE / NOTES</w:t>
            </w:r>
            <w:r w:rsidDel="00000000" w:rsidR="00000000" w:rsidRPr="00000000">
              <w:rPr>
                <w:rtl w:val="0"/>
              </w:rPr>
            </w:r>
          </w:p>
          <w:p w:rsidR="00000000" w:rsidDel="00000000" w:rsidP="00000000" w:rsidRDefault="00000000" w:rsidRPr="00000000" w14:paraId="000000B2">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Use during the meeting to record explanations, data, or decisions.</w:t>
            </w:r>
            <w:r w:rsidDel="00000000" w:rsidR="00000000" w:rsidRPr="00000000">
              <w:rPr>
                <w:rtl w:val="0"/>
              </w:rPr>
            </w:r>
          </w:p>
          <w:p w:rsidR="00000000" w:rsidDel="00000000" w:rsidP="00000000" w:rsidRDefault="00000000" w:rsidRPr="00000000" w14:paraId="000000B3">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B4">
            <w:pPr>
              <w:spacing w:after="40" w:lineRule="auto"/>
              <w:rPr/>
            </w:pPr>
            <w:r w:rsidDel="00000000" w:rsidR="00000000" w:rsidRPr="00000000">
              <w:rPr>
                <w:rFonts w:ascii="Aptos" w:cs="Aptos" w:eastAsia="Aptos" w:hAnsi="Aptos"/>
                <w:b w:val="1"/>
                <w:bCs w:val="1"/>
                <w:i w:val="0"/>
                <w:iCs w:val="0"/>
                <w:color w:val="547d82"/>
                <w:sz w:val="15"/>
                <w:szCs w:val="15"/>
                <w:rtl w:val="0"/>
              </w:rPr>
              <w:t xml:space="preserve">FOLLOW-UP NEEDED</w:t>
            </w:r>
            <w:r w:rsidDel="00000000" w:rsidR="00000000" w:rsidRPr="00000000">
              <w:rPr>
                <w:rtl w:val="0"/>
              </w:rPr>
            </w:r>
          </w:p>
          <w:p w:rsidR="00000000" w:rsidDel="00000000" w:rsidP="00000000" w:rsidRDefault="00000000" w:rsidRPr="00000000" w14:paraId="000000B5">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will happen next, who is responsible, and by when?</w:t>
            </w:r>
            <w:r w:rsidDel="00000000" w:rsidR="00000000" w:rsidRPr="00000000">
              <w:rPr>
                <w:rtl w:val="0"/>
              </w:rPr>
            </w:r>
          </w:p>
          <w:p w:rsidR="00000000" w:rsidDel="00000000" w:rsidP="00000000" w:rsidRDefault="00000000" w:rsidRPr="00000000" w14:paraId="000000B6">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bl>
    <w:p w:rsidR="00000000" w:rsidDel="00000000" w:rsidP="00000000" w:rsidRDefault="00000000" w:rsidRPr="00000000" w14:paraId="000000B7">
      <w:pPr>
        <w:spacing w:after="0" w:lineRule="auto"/>
        <w:rPr/>
      </w:pPr>
      <w:r w:rsidDel="00000000" w:rsidR="00000000" w:rsidRPr="00000000">
        <w:rPr>
          <w:rtl w:val="0"/>
        </w:rPr>
      </w:r>
    </w:p>
    <w:p w:rsidR="00000000" w:rsidDel="00000000" w:rsidP="00000000" w:rsidRDefault="00000000" w:rsidRPr="00000000" w14:paraId="000000B8">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4  |  Concern 4: Build the Picture</w:t>
      </w:r>
      <w:r w:rsidDel="00000000" w:rsidR="00000000" w:rsidRPr="00000000">
        <w:rPr>
          <w:rtl w:val="0"/>
        </w:rPr>
      </w:r>
    </w:p>
    <w:p w:rsidR="00000000" w:rsidDel="00000000" w:rsidP="00000000" w:rsidRDefault="00000000" w:rsidRPr="00000000" w14:paraId="000000B9">
      <w:pPr>
        <w:spacing w:after="160" w:lineRule="auto"/>
        <w:rPr/>
      </w:pPr>
      <w:r w:rsidDel="00000000" w:rsidR="00000000" w:rsidRPr="00000000">
        <w:rPr>
          <w:rFonts w:ascii="Aptos" w:cs="Aptos" w:eastAsia="Aptos" w:hAnsi="Aptos"/>
          <w:b w:val="0"/>
          <w:bCs w:val="0"/>
          <w:i w:val="0"/>
          <w:iCs w:val="0"/>
          <w:color w:val="7a848c"/>
          <w:sz w:val="19"/>
          <w:szCs w:val="19"/>
          <w:rtl w:val="0"/>
        </w:rPr>
        <w:t xml:space="preserve">Use specific examples and plain language. You do not need to know the correct special education term.</w:t>
      </w:r>
      <w:r w:rsidDel="00000000" w:rsidR="00000000" w:rsidRPr="00000000">
        <w:rPr>
          <w:rtl w:val="0"/>
        </w:rPr>
      </w:r>
    </w:p>
    <w:tbl>
      <w:tblPr>
        <w:tblStyle w:val="Table8"/>
        <w:tblW w:w="10224.0" w:type="dxa"/>
        <w:jc w:val="center"/>
        <w:tblLayout w:type="fixed"/>
        <w:tblLook w:val="0400"/>
      </w:tblPr>
      <w:tblGrid>
        <w:gridCol w:w="2088"/>
        <w:gridCol w:w="8136"/>
        <w:tblGridChange w:id="0">
          <w:tblGrid>
            <w:gridCol w:w="2088"/>
            <w:gridCol w:w="813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103a61" w:val="clear"/>
            <w:tcMar>
              <w:top w:w="85.0" w:type="dxa"/>
              <w:bottom w:w="85.0" w:type="dxa"/>
            </w:tcMar>
          </w:tcPr>
          <w:p w:rsidR="00000000" w:rsidDel="00000000" w:rsidP="00000000" w:rsidRDefault="00000000" w:rsidRPr="00000000" w14:paraId="000000BA">
            <w:pPr>
              <w:rPr/>
            </w:pPr>
            <w:r w:rsidDel="00000000" w:rsidR="00000000" w:rsidRPr="00000000">
              <w:rPr>
                <w:rFonts w:ascii="Aptos" w:cs="Aptos" w:eastAsia="Aptos" w:hAnsi="Aptos"/>
                <w:b w:val="1"/>
                <w:bCs w:val="1"/>
                <w:i w:val="0"/>
                <w:iCs w:val="0"/>
                <w:color w:val="ffffff"/>
                <w:sz w:val="18"/>
                <w:szCs w:val="18"/>
                <w:rtl w:val="0"/>
              </w:rPr>
              <w:t xml:space="preserve">CONCERN 4</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547d82" w:val="clear"/>
            <w:tcMar>
              <w:top w:w="85.0" w:type="dxa"/>
              <w:bottom w:w="85.0" w:type="dxa"/>
            </w:tcMar>
          </w:tcPr>
          <w:p w:rsidR="00000000" w:rsidDel="00000000" w:rsidP="00000000" w:rsidRDefault="00000000" w:rsidRPr="00000000" w14:paraId="000000BB">
            <w:pPr>
              <w:rPr/>
            </w:pPr>
            <w:r w:rsidDel="00000000" w:rsidR="00000000" w:rsidRPr="00000000">
              <w:rPr>
                <w:rFonts w:ascii="Aptos" w:cs="Aptos" w:eastAsia="Aptos" w:hAnsi="Aptos"/>
                <w:b w:val="0"/>
                <w:bCs w:val="0"/>
                <w:i w:val="0"/>
                <w:iCs w:val="0"/>
                <w:color w:val="ffffff"/>
                <w:sz w:val="17"/>
                <w:szCs w:val="17"/>
                <w:rtl w:val="0"/>
              </w:rPr>
              <w:t xml:space="preserve">Turn what you are noticing into clear questions and next steps.</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BC">
            <w:pPr>
              <w:spacing w:after="40" w:lineRule="auto"/>
              <w:rPr/>
            </w:pPr>
            <w:r w:rsidDel="00000000" w:rsidR="00000000" w:rsidRPr="00000000">
              <w:rPr>
                <w:rFonts w:ascii="Aptos" w:cs="Aptos" w:eastAsia="Aptos" w:hAnsi="Aptos"/>
                <w:b w:val="1"/>
                <w:bCs w:val="1"/>
                <w:i w:val="0"/>
                <w:iCs w:val="0"/>
                <w:color w:val="547d82"/>
                <w:sz w:val="15"/>
                <w:szCs w:val="15"/>
                <w:rtl w:val="0"/>
              </w:rPr>
              <w:t xml:space="preserve">AREA OF CONCERN</w:t>
            </w:r>
            <w:r w:rsidDel="00000000" w:rsidR="00000000" w:rsidRPr="00000000">
              <w:rPr>
                <w:rtl w:val="0"/>
              </w:rPr>
            </w:r>
          </w:p>
          <w:p w:rsidR="00000000" w:rsidDel="00000000" w:rsidP="00000000" w:rsidRDefault="00000000" w:rsidRPr="00000000" w14:paraId="000000BD">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e.g., reading, math, attention, behavior, communication, organization</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BE">
            <w:pPr>
              <w:spacing w:after="40" w:lineRule="auto"/>
              <w:rPr/>
            </w:pPr>
            <w:r w:rsidDel="00000000" w:rsidR="00000000" w:rsidRPr="00000000">
              <w:rPr>
                <w:rFonts w:ascii="Aptos" w:cs="Aptos" w:eastAsia="Aptos" w:hAnsi="Aptos"/>
                <w:b w:val="1"/>
                <w:bCs w:val="1"/>
                <w:i w:val="0"/>
                <w:iCs w:val="0"/>
                <w:color w:val="547d82"/>
                <w:sz w:val="15"/>
                <w:szCs w:val="15"/>
                <w:rtl w:val="0"/>
              </w:rPr>
              <w:t xml:space="preserve">PRIORITY</w:t>
            </w:r>
            <w:r w:rsidDel="00000000" w:rsidR="00000000" w:rsidRPr="00000000">
              <w:rPr>
                <w:rtl w:val="0"/>
              </w:rPr>
            </w:r>
          </w:p>
          <w:p w:rsidR="00000000" w:rsidDel="00000000" w:rsidP="00000000" w:rsidRDefault="00000000" w:rsidRPr="00000000" w14:paraId="000000BF">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 High    ☐ Medium    ☐ Monitor / Ask for more information</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C0">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AM SEEING</w:t>
            </w:r>
            <w:r w:rsidDel="00000000" w:rsidR="00000000" w:rsidRPr="00000000">
              <w:rPr>
                <w:rtl w:val="0"/>
              </w:rPr>
            </w:r>
          </w:p>
          <w:p w:rsidR="00000000" w:rsidDel="00000000" w:rsidP="00000000" w:rsidRDefault="00000000" w:rsidRPr="00000000" w14:paraId="000000C1">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the concern in your own words. What happens, how often, and when?</w:t>
            </w:r>
            <w:r w:rsidDel="00000000" w:rsidR="00000000" w:rsidRPr="00000000">
              <w:rPr>
                <w:rtl w:val="0"/>
              </w:rPr>
            </w:r>
          </w:p>
          <w:p w:rsidR="00000000" w:rsidDel="00000000" w:rsidP="00000000" w:rsidRDefault="00000000" w:rsidRPr="00000000" w14:paraId="000000C2">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C3">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C4">
            <w:pPr>
              <w:spacing w:after="40" w:lineRule="auto"/>
              <w:rPr/>
            </w:pPr>
            <w:r w:rsidDel="00000000" w:rsidR="00000000" w:rsidRPr="00000000">
              <w:rPr>
                <w:rFonts w:ascii="Aptos" w:cs="Aptos" w:eastAsia="Aptos" w:hAnsi="Aptos"/>
                <w:b w:val="1"/>
                <w:bCs w:val="1"/>
                <w:i w:val="0"/>
                <w:iCs w:val="0"/>
                <w:color w:val="547d82"/>
                <w:sz w:val="15"/>
                <w:szCs w:val="15"/>
                <w:rtl w:val="0"/>
              </w:rPr>
              <w:t xml:space="preserve">SPECIFIC EXAMPLES OR DATA</w:t>
            </w:r>
            <w:r w:rsidDel="00000000" w:rsidR="00000000" w:rsidRPr="00000000">
              <w:rPr>
                <w:rtl w:val="0"/>
              </w:rPr>
            </w:r>
          </w:p>
          <w:p w:rsidR="00000000" w:rsidDel="00000000" w:rsidP="00000000" w:rsidRDefault="00000000" w:rsidRPr="00000000" w14:paraId="000000C5">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Include homework, work samples, test scores, progress reports, emails, behaviors, or observations.</w:t>
            </w:r>
            <w:r w:rsidDel="00000000" w:rsidR="00000000" w:rsidRPr="00000000">
              <w:rPr>
                <w:rtl w:val="0"/>
              </w:rPr>
            </w:r>
          </w:p>
          <w:p w:rsidR="00000000" w:rsidDel="00000000" w:rsidP="00000000" w:rsidRDefault="00000000" w:rsidRPr="00000000" w14:paraId="000000C6">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C7">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C8">
            <w:pPr>
              <w:spacing w:after="40" w:lineRule="auto"/>
              <w:rPr/>
            </w:pPr>
            <w:r w:rsidDel="00000000" w:rsidR="00000000" w:rsidRPr="00000000">
              <w:rPr>
                <w:rFonts w:ascii="Aptos" w:cs="Aptos" w:eastAsia="Aptos" w:hAnsi="Aptos"/>
                <w:b w:val="1"/>
                <w:bCs w:val="1"/>
                <w:i w:val="0"/>
                <w:iCs w:val="0"/>
                <w:color w:val="547d82"/>
                <w:sz w:val="15"/>
                <w:szCs w:val="15"/>
                <w:rtl w:val="0"/>
              </w:rPr>
              <w:t xml:space="preserve">HOW THIS AFFECTS MY CHILD</w:t>
            </w:r>
            <w:r w:rsidDel="00000000" w:rsidR="00000000" w:rsidRPr="00000000">
              <w:rPr>
                <w:rtl w:val="0"/>
              </w:rPr>
            </w:r>
          </w:p>
          <w:p w:rsidR="00000000" w:rsidDel="00000000" w:rsidP="00000000" w:rsidRDefault="00000000" w:rsidRPr="00000000" w14:paraId="000000C9">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How does this affect learning, independence, participation, confidence, behavior, or access to instruction?</w:t>
            </w:r>
            <w:r w:rsidDel="00000000" w:rsidR="00000000" w:rsidRPr="00000000">
              <w:rPr>
                <w:rtl w:val="0"/>
              </w:rPr>
            </w:r>
          </w:p>
          <w:p w:rsidR="00000000" w:rsidDel="00000000" w:rsidP="00000000" w:rsidRDefault="00000000" w:rsidRPr="00000000" w14:paraId="000000CA">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CB">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CC">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HAS ALREADY BEEN TRIED</w:t>
            </w:r>
            <w:r w:rsidDel="00000000" w:rsidR="00000000" w:rsidRPr="00000000">
              <w:rPr>
                <w:rtl w:val="0"/>
              </w:rPr>
            </w:r>
          </w:p>
          <w:p w:rsidR="00000000" w:rsidDel="00000000" w:rsidP="00000000" w:rsidRDefault="00000000" w:rsidRPr="00000000" w14:paraId="000000CD">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List interventions, accommodations, tutoring, strategies, supports, or changes and what happened.</w:t>
            </w:r>
            <w:r w:rsidDel="00000000" w:rsidR="00000000" w:rsidRPr="00000000">
              <w:rPr>
                <w:rtl w:val="0"/>
              </w:rPr>
            </w:r>
          </w:p>
          <w:p w:rsidR="00000000" w:rsidDel="00000000" w:rsidP="00000000" w:rsidRDefault="00000000" w:rsidRPr="00000000" w14:paraId="000000CE">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CF">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D0">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NEED TO UNDERSTAND</w:t>
            </w:r>
            <w:r w:rsidDel="00000000" w:rsidR="00000000" w:rsidRPr="00000000">
              <w:rPr>
                <w:rtl w:val="0"/>
              </w:rPr>
            </w:r>
          </w:p>
          <w:p w:rsidR="00000000" w:rsidDel="00000000" w:rsidP="00000000" w:rsidRDefault="00000000" w:rsidRPr="00000000" w14:paraId="000000D1">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information, explanation, or data would help you better understand the concern?</w:t>
            </w:r>
            <w:r w:rsidDel="00000000" w:rsidR="00000000" w:rsidRPr="00000000">
              <w:rPr>
                <w:rtl w:val="0"/>
              </w:rPr>
            </w:r>
          </w:p>
          <w:p w:rsidR="00000000" w:rsidDel="00000000" w:rsidP="00000000" w:rsidRDefault="00000000" w:rsidRPr="00000000" w14:paraId="000000D2">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D3">
            <w:pPr>
              <w:spacing w:after="40" w:lineRule="auto"/>
              <w:rPr/>
            </w:pPr>
            <w:r w:rsidDel="00000000" w:rsidR="00000000" w:rsidRPr="00000000">
              <w:rPr>
                <w:rFonts w:ascii="Aptos" w:cs="Aptos" w:eastAsia="Aptos" w:hAnsi="Aptos"/>
                <w:b w:val="1"/>
                <w:bCs w:val="1"/>
                <w:i w:val="0"/>
                <w:iCs w:val="0"/>
                <w:color w:val="547d82"/>
                <w:sz w:val="15"/>
                <w:szCs w:val="15"/>
                <w:rtl w:val="0"/>
              </w:rPr>
              <w:t xml:space="preserve">MY QUESTIONS FOR THE TEAM</w:t>
            </w:r>
            <w:r w:rsidDel="00000000" w:rsidR="00000000" w:rsidRPr="00000000">
              <w:rPr>
                <w:rtl w:val="0"/>
              </w:rPr>
            </w:r>
          </w:p>
          <w:p w:rsidR="00000000" w:rsidDel="00000000" w:rsidP="00000000" w:rsidRDefault="00000000" w:rsidRPr="00000000" w14:paraId="000000D4">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Write the specific questions you want answered during the meeting.</w:t>
            </w:r>
            <w:r w:rsidDel="00000000" w:rsidR="00000000" w:rsidRPr="00000000">
              <w:rPr>
                <w:rtl w:val="0"/>
              </w:rPr>
            </w:r>
          </w:p>
          <w:p w:rsidR="00000000" w:rsidDel="00000000" w:rsidP="00000000" w:rsidRDefault="00000000" w:rsidRPr="00000000" w14:paraId="000000D5">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D6">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I WANT THE TEAM TO DISCUSS</w:t>
            </w:r>
            <w:r w:rsidDel="00000000" w:rsidR="00000000" w:rsidRPr="00000000">
              <w:rPr>
                <w:rtl w:val="0"/>
              </w:rPr>
            </w:r>
          </w:p>
          <w:p w:rsidR="00000000" w:rsidDel="00000000" w:rsidP="00000000" w:rsidRDefault="00000000" w:rsidRPr="00000000" w14:paraId="000000D7">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Evaluation? Goal? Service? Accommodation? Instructional approach? Progress monitoring? Other support?</w:t>
            </w:r>
            <w:r w:rsidDel="00000000" w:rsidR="00000000" w:rsidRPr="00000000">
              <w:rPr>
                <w:rtl w:val="0"/>
              </w:rPr>
            </w:r>
          </w:p>
          <w:p w:rsidR="00000000" w:rsidDel="00000000" w:rsidP="00000000" w:rsidRDefault="00000000" w:rsidRPr="00000000" w14:paraId="000000D8">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D9">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WOULD IMPROVEMENT LOOK LIKE?</w:t>
            </w:r>
            <w:r w:rsidDel="00000000" w:rsidR="00000000" w:rsidRPr="00000000">
              <w:rPr>
                <w:rtl w:val="0"/>
              </w:rPr>
            </w:r>
          </w:p>
          <w:p w:rsidR="00000000" w:rsidDel="00000000" w:rsidP="00000000" w:rsidRDefault="00000000" w:rsidRPr="00000000" w14:paraId="000000DA">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Describe what meaningful progress or a successful outcome would look like for your child.</w:t>
            </w:r>
            <w:r w:rsidDel="00000000" w:rsidR="00000000" w:rsidRPr="00000000">
              <w:rPr>
                <w:rtl w:val="0"/>
              </w:rPr>
            </w:r>
          </w:p>
          <w:p w:rsidR="00000000" w:rsidDel="00000000" w:rsidP="00000000" w:rsidRDefault="00000000" w:rsidRPr="00000000" w14:paraId="000000DB">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DC">
            <w:pPr>
              <w:spacing w:after="40" w:lineRule="auto"/>
              <w:rPr/>
            </w:pPr>
            <w:r w:rsidDel="00000000" w:rsidR="00000000" w:rsidRPr="00000000">
              <w:rPr>
                <w:rFonts w:ascii="Aptos" w:cs="Aptos" w:eastAsia="Aptos" w:hAnsi="Aptos"/>
                <w:b w:val="1"/>
                <w:bCs w:val="1"/>
                <w:i w:val="0"/>
                <w:iCs w:val="0"/>
                <w:color w:val="547d82"/>
                <w:sz w:val="15"/>
                <w:szCs w:val="15"/>
                <w:rtl w:val="0"/>
              </w:rPr>
              <w:t xml:space="preserve">TEAM RESPONSE / NOTES</w:t>
            </w:r>
            <w:r w:rsidDel="00000000" w:rsidR="00000000" w:rsidRPr="00000000">
              <w:rPr>
                <w:rtl w:val="0"/>
              </w:rPr>
            </w:r>
          </w:p>
          <w:p w:rsidR="00000000" w:rsidDel="00000000" w:rsidP="00000000" w:rsidRDefault="00000000" w:rsidRPr="00000000" w14:paraId="000000DD">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Use during the meeting to record explanations, data, or decisions.</w:t>
            </w:r>
            <w:r w:rsidDel="00000000" w:rsidR="00000000" w:rsidRPr="00000000">
              <w:rPr>
                <w:rtl w:val="0"/>
              </w:rPr>
            </w:r>
          </w:p>
          <w:p w:rsidR="00000000" w:rsidDel="00000000" w:rsidP="00000000" w:rsidRDefault="00000000" w:rsidRPr="00000000" w14:paraId="000000DE">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DF">
            <w:pPr>
              <w:spacing w:after="40" w:lineRule="auto"/>
              <w:rPr/>
            </w:pPr>
            <w:r w:rsidDel="00000000" w:rsidR="00000000" w:rsidRPr="00000000">
              <w:rPr>
                <w:rFonts w:ascii="Aptos" w:cs="Aptos" w:eastAsia="Aptos" w:hAnsi="Aptos"/>
                <w:b w:val="1"/>
                <w:bCs w:val="1"/>
                <w:i w:val="0"/>
                <w:iCs w:val="0"/>
                <w:color w:val="547d82"/>
                <w:sz w:val="15"/>
                <w:szCs w:val="15"/>
                <w:rtl w:val="0"/>
              </w:rPr>
              <w:t xml:space="preserve">FOLLOW-UP NEEDED</w:t>
            </w:r>
            <w:r w:rsidDel="00000000" w:rsidR="00000000" w:rsidRPr="00000000">
              <w:rPr>
                <w:rtl w:val="0"/>
              </w:rPr>
            </w:r>
          </w:p>
          <w:p w:rsidR="00000000" w:rsidDel="00000000" w:rsidP="00000000" w:rsidRDefault="00000000" w:rsidRPr="00000000" w14:paraId="000000E0">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will happen next, who is responsible, and by when?</w:t>
            </w:r>
            <w:r w:rsidDel="00000000" w:rsidR="00000000" w:rsidRPr="00000000">
              <w:rPr>
                <w:rtl w:val="0"/>
              </w:rPr>
            </w:r>
          </w:p>
          <w:p w:rsidR="00000000" w:rsidDel="00000000" w:rsidP="00000000" w:rsidRDefault="00000000" w:rsidRPr="00000000" w14:paraId="000000E1">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bl>
    <w:p w:rsidR="00000000" w:rsidDel="00000000" w:rsidP="00000000" w:rsidRDefault="00000000" w:rsidRPr="00000000" w14:paraId="000000E2">
      <w:pPr>
        <w:spacing w:after="0" w:lineRule="auto"/>
        <w:rPr/>
      </w:pPr>
      <w:r w:rsidDel="00000000" w:rsidR="00000000" w:rsidRPr="00000000">
        <w:rPr>
          <w:rtl w:val="0"/>
        </w:rPr>
      </w:r>
    </w:p>
    <w:p w:rsidR="00000000" w:rsidDel="00000000" w:rsidP="00000000" w:rsidRDefault="00000000" w:rsidRPr="00000000" w14:paraId="000000E3">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6  |  Prepare Your Message</w:t>
      </w:r>
      <w:r w:rsidDel="00000000" w:rsidR="00000000" w:rsidRPr="00000000">
        <w:rPr>
          <w:rtl w:val="0"/>
        </w:rPr>
      </w:r>
    </w:p>
    <w:p w:rsidR="00000000" w:rsidDel="00000000" w:rsidP="00000000" w:rsidRDefault="00000000" w:rsidRPr="00000000" w14:paraId="000000E4">
      <w:pPr>
        <w:spacing w:after="160" w:lineRule="auto"/>
        <w:rPr/>
      </w:pPr>
      <w:r w:rsidDel="00000000" w:rsidR="00000000" w:rsidRPr="00000000">
        <w:rPr>
          <w:rFonts w:ascii="Aptos" w:cs="Aptos" w:eastAsia="Aptos" w:hAnsi="Aptos"/>
          <w:b w:val="0"/>
          <w:bCs w:val="0"/>
          <w:i w:val="0"/>
          <w:iCs w:val="0"/>
          <w:color w:val="7a848c"/>
          <w:sz w:val="19"/>
          <w:szCs w:val="19"/>
          <w:rtl w:val="0"/>
        </w:rPr>
        <w:t xml:space="preserve">Bring the conversation back to the few things you most need the team to understand or address.</w:t>
      </w:r>
      <w:r w:rsidDel="00000000" w:rsidR="00000000" w:rsidRPr="00000000">
        <w:rPr>
          <w:rtl w:val="0"/>
        </w:rPr>
      </w:r>
    </w:p>
    <w:tbl>
      <w:tblPr>
        <w:tblStyle w:val="Table9"/>
        <w:tblW w:w="10224.0" w:type="dxa"/>
        <w:jc w:val="center"/>
        <w:tblLayout w:type="fixed"/>
        <w:tblLook w:val="0400"/>
      </w:tblPr>
      <w:tblGrid>
        <w:gridCol w:w="10224"/>
        <w:tblGridChange w:id="0">
          <w:tblGrid>
            <w:gridCol w:w="10224"/>
          </w:tblGrid>
        </w:tblGridChange>
      </w:tblGrid>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E5">
            <w:pPr>
              <w:spacing w:after="40" w:lineRule="auto"/>
              <w:rPr/>
            </w:pPr>
            <w:r w:rsidDel="00000000" w:rsidR="00000000" w:rsidRPr="00000000">
              <w:rPr>
                <w:rFonts w:ascii="Aptos" w:cs="Aptos" w:eastAsia="Aptos" w:hAnsi="Aptos"/>
                <w:b w:val="1"/>
                <w:bCs w:val="1"/>
                <w:i w:val="0"/>
                <w:iCs w:val="0"/>
                <w:color w:val="547d82"/>
                <w:sz w:val="15"/>
                <w:szCs w:val="15"/>
                <w:rtl w:val="0"/>
              </w:rPr>
              <w:t xml:space="preserve">THE THREE MOST IMPORTANT POINTS I WANT THE TEAM TO UNDERSTAND</w:t>
            </w:r>
            <w:r w:rsidDel="00000000" w:rsidR="00000000" w:rsidRPr="00000000">
              <w:rPr>
                <w:rtl w:val="0"/>
              </w:rPr>
            </w:r>
          </w:p>
          <w:p w:rsidR="00000000" w:rsidDel="00000000" w:rsidP="00000000" w:rsidRDefault="00000000" w:rsidRPr="00000000" w14:paraId="000000E6">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1.</w:t>
              <w:br w:type="textWrapping"/>
              <w:t xml:space="preserve">2.</w:t>
              <w:br w:type="textWrapping"/>
              <w:t xml:space="preserve">3.</w:t>
            </w:r>
            <w:r w:rsidDel="00000000" w:rsidR="00000000" w:rsidRPr="00000000">
              <w:rPr>
                <w:rtl w:val="0"/>
              </w:rPr>
            </w:r>
          </w:p>
          <w:p w:rsidR="00000000" w:rsidDel="00000000" w:rsidP="00000000" w:rsidRDefault="00000000" w:rsidRPr="00000000" w14:paraId="000000E7">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E8">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E9">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EA">
            <w:pPr>
              <w:spacing w:after="40" w:lineRule="auto"/>
              <w:rPr/>
            </w:pPr>
            <w:r w:rsidDel="00000000" w:rsidR="00000000" w:rsidRPr="00000000">
              <w:rPr>
                <w:rFonts w:ascii="Aptos" w:cs="Aptos" w:eastAsia="Aptos" w:hAnsi="Aptos"/>
                <w:b w:val="1"/>
                <w:bCs w:val="1"/>
                <w:i w:val="0"/>
                <w:iCs w:val="0"/>
                <w:color w:val="547d82"/>
                <w:sz w:val="15"/>
                <w:szCs w:val="15"/>
                <w:rtl w:val="0"/>
              </w:rPr>
              <w:t xml:space="preserve">QUESTIONS I DO NOT WANT TO LEAVE UNANSWERED</w:t>
            </w:r>
            <w:r w:rsidDel="00000000" w:rsidR="00000000" w:rsidRPr="00000000">
              <w:rPr>
                <w:rtl w:val="0"/>
              </w:rPr>
            </w:r>
          </w:p>
          <w:p w:rsidR="00000000" w:rsidDel="00000000" w:rsidP="00000000" w:rsidRDefault="00000000" w:rsidRPr="00000000" w14:paraId="000000EB">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List the questions you want to revisit before the meeting ends.</w:t>
            </w:r>
            <w:r w:rsidDel="00000000" w:rsidR="00000000" w:rsidRPr="00000000">
              <w:rPr>
                <w:rtl w:val="0"/>
              </w:rPr>
            </w:r>
          </w:p>
          <w:p w:rsidR="00000000" w:rsidDel="00000000" w:rsidP="00000000" w:rsidRDefault="00000000" w:rsidRPr="00000000" w14:paraId="000000EC">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ED">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EE">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EF">
            <w:pPr>
              <w:spacing w:after="40" w:lineRule="auto"/>
              <w:rPr/>
            </w:pPr>
            <w:r w:rsidDel="00000000" w:rsidR="00000000" w:rsidRPr="00000000">
              <w:rPr>
                <w:rFonts w:ascii="Aptos" w:cs="Aptos" w:eastAsia="Aptos" w:hAnsi="Aptos"/>
                <w:b w:val="1"/>
                <w:bCs w:val="1"/>
                <w:i w:val="0"/>
                <w:iCs w:val="0"/>
                <w:color w:val="547d82"/>
                <w:sz w:val="15"/>
                <w:szCs w:val="15"/>
                <w:rtl w:val="0"/>
              </w:rPr>
              <w:t xml:space="preserve">MY PREFERRED NEXT STEPS</w:t>
            </w:r>
            <w:r w:rsidDel="00000000" w:rsidR="00000000" w:rsidRPr="00000000">
              <w:rPr>
                <w:rtl w:val="0"/>
              </w:rPr>
            </w:r>
          </w:p>
          <w:p w:rsidR="00000000" w:rsidDel="00000000" w:rsidP="00000000" w:rsidRDefault="00000000" w:rsidRPr="00000000" w14:paraId="000000F0">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What would you like the team to consider doing next?</w:t>
            </w:r>
            <w:r w:rsidDel="00000000" w:rsidR="00000000" w:rsidRPr="00000000">
              <w:rPr>
                <w:rtl w:val="0"/>
              </w:rPr>
            </w:r>
          </w:p>
          <w:p w:rsidR="00000000" w:rsidDel="00000000" w:rsidP="00000000" w:rsidRDefault="00000000" w:rsidRPr="00000000" w14:paraId="000000F1">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F2">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F3">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bl>
    <w:p w:rsidR="00000000" w:rsidDel="00000000" w:rsidP="00000000" w:rsidRDefault="00000000" w:rsidRPr="00000000" w14:paraId="000000F4">
      <w:pPr>
        <w:spacing w:after="40" w:before="60" w:lineRule="auto"/>
        <w:rPr>
          <w:b w:val="1"/>
          <w:bCs w:val="1"/>
          <w:color w:val="103a61"/>
          <w:sz w:val="32"/>
          <w:szCs w:val="32"/>
        </w:rPr>
      </w:pPr>
      <w:r w:rsidDel="00000000" w:rsidR="00000000" w:rsidRPr="00000000">
        <w:rPr>
          <w:rtl w:val="0"/>
        </w:rPr>
      </w:r>
    </w:p>
    <w:p w:rsidR="00000000" w:rsidDel="00000000" w:rsidP="00000000" w:rsidRDefault="00000000" w:rsidRPr="00000000" w14:paraId="000000F5">
      <w:pPr>
        <w:spacing w:after="40" w:before="60" w:lineRule="auto"/>
        <w:rPr/>
      </w:pPr>
      <w:r w:rsidDel="00000000" w:rsidR="00000000" w:rsidRPr="00000000">
        <w:rPr>
          <w:rFonts w:ascii="Aptos" w:cs="Aptos" w:eastAsia="Aptos" w:hAnsi="Aptos"/>
          <w:b w:val="1"/>
          <w:bCs w:val="1"/>
          <w:i w:val="0"/>
          <w:iCs w:val="0"/>
          <w:color w:val="103a61"/>
          <w:sz w:val="32"/>
          <w:szCs w:val="32"/>
          <w:rtl w:val="0"/>
        </w:rPr>
        <w:t xml:space="preserve">7  |  During the Meeting</w:t>
      </w:r>
      <w:r w:rsidDel="00000000" w:rsidR="00000000" w:rsidRPr="00000000">
        <w:rPr>
          <w:rtl w:val="0"/>
        </w:rPr>
      </w:r>
    </w:p>
    <w:p w:rsidR="00000000" w:rsidDel="00000000" w:rsidP="00000000" w:rsidRDefault="00000000" w:rsidRPr="00000000" w14:paraId="000000F6">
      <w:pPr>
        <w:spacing w:after="160" w:lineRule="auto"/>
        <w:rPr/>
      </w:pPr>
      <w:r w:rsidDel="00000000" w:rsidR="00000000" w:rsidRPr="00000000">
        <w:rPr>
          <w:rFonts w:ascii="Aptos" w:cs="Aptos" w:eastAsia="Aptos" w:hAnsi="Aptos"/>
          <w:b w:val="0"/>
          <w:bCs w:val="0"/>
          <w:i w:val="0"/>
          <w:iCs w:val="0"/>
          <w:color w:val="7a848c"/>
          <w:sz w:val="19"/>
          <w:szCs w:val="19"/>
          <w:rtl w:val="0"/>
        </w:rPr>
        <w:t xml:space="preserve">You can use this page for notes or copy your strongest concerns into a parent input statement.</w:t>
      </w:r>
      <w:r w:rsidDel="00000000" w:rsidR="00000000" w:rsidRPr="00000000">
        <w:rPr>
          <w:rtl w:val="0"/>
        </w:rPr>
      </w:r>
    </w:p>
    <w:tbl>
      <w:tblPr>
        <w:tblStyle w:val="Table10"/>
        <w:tblW w:w="10224.0" w:type="dxa"/>
        <w:jc w:val="center"/>
        <w:tblLayout w:type="fixed"/>
        <w:tblLook w:val="0400"/>
      </w:tblPr>
      <w:tblGrid>
        <w:gridCol w:w="5112"/>
        <w:gridCol w:w="5112"/>
        <w:tblGridChange w:id="0">
          <w:tblGrid>
            <w:gridCol w:w="5112"/>
            <w:gridCol w:w="5112"/>
          </w:tblGrid>
        </w:tblGridChange>
      </w:tblGrid>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F7">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THE TEAM AGREED TO</w:t>
            </w:r>
            <w:r w:rsidDel="00000000" w:rsidR="00000000" w:rsidRPr="00000000">
              <w:rPr>
                <w:rtl w:val="0"/>
              </w:rPr>
            </w:r>
          </w:p>
          <w:p w:rsidR="00000000" w:rsidDel="00000000" w:rsidP="00000000" w:rsidRDefault="00000000" w:rsidRPr="00000000" w14:paraId="000000F8">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Record decisions, services, evaluations, goals, supports, or changes discussed.</w:t>
            </w:r>
            <w:r w:rsidDel="00000000" w:rsidR="00000000" w:rsidRPr="00000000">
              <w:rPr>
                <w:rtl w:val="0"/>
              </w:rPr>
            </w:r>
          </w:p>
          <w:p w:rsidR="00000000" w:rsidDel="00000000" w:rsidP="00000000" w:rsidRDefault="00000000" w:rsidRPr="00000000" w14:paraId="000000F9">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FA">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FB">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0FC">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0FD">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WHAT THE TEAM DID NOT AGREE TO / NEEDS MORE DISCUSSION</w:t>
            </w:r>
            <w:r w:rsidDel="00000000" w:rsidR="00000000" w:rsidRPr="00000000">
              <w:rPr>
                <w:rtl w:val="0"/>
              </w:rPr>
            </w:r>
          </w:p>
          <w:p w:rsidR="00000000" w:rsidDel="00000000" w:rsidP="00000000" w:rsidRDefault="00000000" w:rsidRPr="00000000" w14:paraId="000000FE">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Record anything that was declined, deferred, unclear, or requires more information.</w:t>
            </w:r>
            <w:r w:rsidDel="00000000" w:rsidR="00000000" w:rsidRPr="00000000">
              <w:rPr>
                <w:rtl w:val="0"/>
              </w:rPr>
            </w:r>
          </w:p>
          <w:p w:rsidR="00000000" w:rsidDel="00000000" w:rsidP="00000000" w:rsidRDefault="00000000" w:rsidRPr="00000000" w14:paraId="000000FF">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100">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101">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102">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103">
            <w:pPr>
              <w:spacing w:after="40" w:lineRule="auto"/>
              <w:rPr/>
            </w:pPr>
            <w:r w:rsidDel="00000000" w:rsidR="00000000" w:rsidRPr="00000000">
              <w:rPr>
                <w:rFonts w:ascii="Aptos" w:cs="Aptos" w:eastAsia="Aptos" w:hAnsi="Aptos"/>
                <w:b w:val="1"/>
                <w:bCs w:val="1"/>
                <w:i w:val="0"/>
                <w:iCs w:val="0"/>
                <w:color w:val="547d82"/>
                <w:sz w:val="15"/>
                <w:szCs w:val="15"/>
                <w:rtl w:val="0"/>
              </w:rPr>
              <w:t xml:space="preserve">WHO IS RESPONSIBLE FOR FOLLOW-UP</w:t>
            </w:r>
            <w:r w:rsidDel="00000000" w:rsidR="00000000" w:rsidRPr="00000000">
              <w:rPr>
                <w:rtl w:val="0"/>
              </w:rPr>
            </w:r>
          </w:p>
          <w:p w:rsidR="00000000" w:rsidDel="00000000" w:rsidP="00000000" w:rsidRDefault="00000000" w:rsidRPr="00000000" w14:paraId="00000104">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List names/roles and what each person will do.</w:t>
            </w:r>
            <w:r w:rsidDel="00000000" w:rsidR="00000000" w:rsidRPr="00000000">
              <w:rPr>
                <w:rtl w:val="0"/>
              </w:rPr>
            </w:r>
          </w:p>
          <w:p w:rsidR="00000000" w:rsidDel="00000000" w:rsidP="00000000" w:rsidRDefault="00000000" w:rsidRPr="00000000" w14:paraId="00000105">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106">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107">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c>
          <w:tcPr>
            <w:tcBorders>
              <w:top w:color="cad4d8" w:space="0" w:sz="8" w:val="single"/>
              <w:left w:color="cad4d8" w:space="0" w:sz="8" w:val="single"/>
              <w:bottom w:color="cad4d8" w:space="0" w:sz="8" w:val="single"/>
              <w:right w:color="cad4d8" w:space="0" w:sz="8" w:val="single"/>
            </w:tcBorders>
            <w:shd w:fill="f4f5f4" w:val="clear"/>
            <w:tcMar>
              <w:top w:w="95.0" w:type="dxa"/>
              <w:bottom w:w="95.0" w:type="dxa"/>
            </w:tcMar>
          </w:tcPr>
          <w:p w:rsidR="00000000" w:rsidDel="00000000" w:rsidP="00000000" w:rsidRDefault="00000000" w:rsidRPr="00000000" w14:paraId="00000108">
            <w:pPr>
              <w:spacing w:after="40" w:lineRule="auto"/>
              <w:rPr/>
            </w:pPr>
            <w:r w:rsidDel="00000000" w:rsidR="00000000" w:rsidRPr="00000000">
              <w:rPr>
                <w:rFonts w:ascii="Aptos" w:cs="Aptos" w:eastAsia="Aptos" w:hAnsi="Aptos"/>
                <w:b w:val="1"/>
                <w:bCs w:val="1"/>
                <w:i w:val="0"/>
                <w:iCs w:val="0"/>
                <w:color w:val="547d82"/>
                <w:sz w:val="15"/>
                <w:szCs w:val="15"/>
                <w:rtl w:val="0"/>
              </w:rPr>
              <w:t xml:space="preserve">DATES &amp; DEADLINES</w:t>
            </w:r>
            <w:r w:rsidDel="00000000" w:rsidR="00000000" w:rsidRPr="00000000">
              <w:rPr>
                <w:rtl w:val="0"/>
              </w:rPr>
            </w:r>
          </w:p>
          <w:p w:rsidR="00000000" w:rsidDel="00000000" w:rsidP="00000000" w:rsidRDefault="00000000" w:rsidRPr="00000000" w14:paraId="00000109">
            <w:pPr>
              <w:spacing w:after="0" w:before="0" w:lineRule="auto"/>
              <w:rPr/>
            </w:pPr>
            <w:r w:rsidDel="00000000" w:rsidR="00000000" w:rsidRPr="00000000">
              <w:rPr>
                <w:rFonts w:ascii="Aptos" w:cs="Aptos" w:eastAsia="Aptos" w:hAnsi="Aptos"/>
                <w:b w:val="0"/>
                <w:bCs w:val="0"/>
                <w:i w:val="1"/>
                <w:iCs w:val="1"/>
                <w:color w:val="7a848c"/>
                <w:sz w:val="19"/>
                <w:szCs w:val="19"/>
                <w:rtl w:val="0"/>
              </w:rPr>
              <w:t xml:space="preserve">Record expected dates for documents, data, meetings, evaluations, or other follow-up.</w:t>
            </w:r>
            <w:r w:rsidDel="00000000" w:rsidR="00000000" w:rsidRPr="00000000">
              <w:rPr>
                <w:rtl w:val="0"/>
              </w:rPr>
            </w:r>
          </w:p>
          <w:p w:rsidR="00000000" w:rsidDel="00000000" w:rsidP="00000000" w:rsidRDefault="00000000" w:rsidRPr="00000000" w14:paraId="0000010A">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10B">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p w:rsidR="00000000" w:rsidDel="00000000" w:rsidP="00000000" w:rsidRDefault="00000000" w:rsidRPr="00000000" w14:paraId="0000010C">
            <w:pPr>
              <w:spacing w:after="0" w:lineRule="auto"/>
              <w:rPr/>
            </w:pPr>
            <w:r w:rsidDel="00000000" w:rsidR="00000000" w:rsidRPr="00000000">
              <w:rPr>
                <w:rFonts w:ascii="Aptos" w:cs="Aptos" w:eastAsia="Aptos" w:hAnsi="Aptos"/>
                <w:b w:val="0"/>
                <w:bCs w:val="0"/>
                <w:i w:val="0"/>
                <w:iCs w:val="0"/>
                <w:color w:val="273444"/>
                <w:sz w:val="18"/>
                <w:szCs w:val="18"/>
                <w:rtl w:val="0"/>
              </w:rPr>
              <w:t xml:space="preserve"> </w:t>
            </w:r>
            <w:r w:rsidDel="00000000" w:rsidR="00000000" w:rsidRPr="00000000">
              <w:rPr>
                <w:rtl w:val="0"/>
              </w:rPr>
            </w:r>
          </w:p>
        </w:tc>
      </w:tr>
      <w:tr>
        <w:trPr>
          <w:cantSplit w:val="0"/>
          <w:tblHeader w:val="0"/>
        </w:trPr>
        <w:tc>
          <w:tcPr>
            <w:tcBorders>
              <w:top w:color="547d82" w:space="0" w:sz="10" w:val="single"/>
              <w:left w:color="547d82" w:space="0" w:sz="10" w:val="single"/>
              <w:bottom w:color="547d82" w:space="0" w:sz="10" w:val="single"/>
              <w:right w:color="547d82" w:space="0" w:sz="10" w:val="single"/>
            </w:tcBorders>
            <w:shd w:fill="eaf1f2" w:val="clear"/>
            <w:tcMar>
              <w:top w:w="100.0" w:type="dxa"/>
              <w:bottom w:w="100.0" w:type="dxa"/>
            </w:tcMar>
          </w:tcPr>
          <w:p w:rsidR="00000000" w:rsidDel="00000000" w:rsidP="00000000" w:rsidRDefault="00000000" w:rsidRPr="00000000" w14:paraId="0000010D">
            <w:pPr>
              <w:rPr/>
            </w:pPr>
            <w:r w:rsidDel="00000000" w:rsidR="00000000" w:rsidRPr="00000000">
              <w:rPr>
                <w:rFonts w:ascii="Aptos" w:cs="Aptos" w:eastAsia="Aptos" w:hAnsi="Aptos"/>
                <w:b w:val="1"/>
                <w:bCs w:val="1"/>
                <w:i w:val="0"/>
                <w:iCs w:val="0"/>
                <w:color w:val="103a61"/>
                <w:sz w:val="18"/>
                <w:szCs w:val="18"/>
                <w:rtl w:val="0"/>
              </w:rPr>
              <w:t xml:space="preserve">After the meeting.</w:t>
            </w:r>
            <w:r w:rsidDel="00000000" w:rsidR="00000000" w:rsidRPr="00000000">
              <w:rPr>
                <w:rFonts w:ascii="Aptos" w:cs="Aptos" w:eastAsia="Aptos" w:hAnsi="Aptos"/>
                <w:b w:val="0"/>
                <w:bCs w:val="0"/>
                <w:i w:val="0"/>
                <w:iCs w:val="0"/>
                <w:color w:val="273444"/>
                <w:sz w:val="18"/>
                <w:szCs w:val="18"/>
                <w:rtl w:val="0"/>
              </w:rPr>
              <w:t xml:space="preserve">  Review your notes while the conversation is still fresh. Compare them with any written documents you receive, save copies of communications, and follow up in writing when you need clarification or want to document an unresolved concern.</w:t>
            </w:r>
            <w:r w:rsidDel="00000000" w:rsidR="00000000" w:rsidRPr="00000000">
              <w:rPr>
                <w:rtl w:val="0"/>
              </w:rPr>
            </w:r>
          </w:p>
        </w:tc>
      </w:tr>
    </w:tbl>
    <w:p w:rsidR="00000000" w:rsidDel="00000000" w:rsidP="00000000" w:rsidRDefault="00000000" w:rsidRPr="00000000" w14:paraId="0000010E">
      <w:pPr>
        <w:spacing w:after="0" w:lineRule="auto"/>
        <w:rPr/>
      </w:pPr>
      <w:r w:rsidDel="00000000" w:rsidR="00000000" w:rsidRPr="00000000">
        <w:rPr>
          <w:rtl w:val="0"/>
        </w:rPr>
      </w:r>
    </w:p>
    <w:p w:rsidR="00000000" w:rsidDel="00000000" w:rsidP="00000000" w:rsidRDefault="00000000" w:rsidRPr="00000000" w14:paraId="0000010F">
      <w:pPr>
        <w:spacing w:after="40" w:before="140" w:lineRule="auto"/>
        <w:jc w:val="center"/>
        <w:rPr/>
      </w:pPr>
      <w:r w:rsidDel="00000000" w:rsidR="00000000" w:rsidRPr="00000000">
        <w:rPr>
          <w:rFonts w:ascii="Aptos" w:cs="Aptos" w:eastAsia="Aptos" w:hAnsi="Aptos"/>
          <w:b w:val="1"/>
          <w:bCs w:val="1"/>
          <w:i w:val="0"/>
          <w:iCs w:val="0"/>
          <w:color w:val="103a61"/>
          <w:sz w:val="20"/>
          <w:szCs w:val="20"/>
          <w:rtl w:val="0"/>
        </w:rPr>
        <w:t xml:space="preserve">Need help making sense of the information?</w:t>
      </w:r>
      <w:r w:rsidDel="00000000" w:rsidR="00000000" w:rsidRPr="00000000">
        <w:rPr>
          <w:rtl w:val="0"/>
        </w:rPr>
      </w:r>
    </w:p>
    <w:p w:rsidR="00000000" w:rsidDel="00000000" w:rsidP="00000000" w:rsidRDefault="00000000" w:rsidRPr="00000000" w14:paraId="00000110">
      <w:pPr>
        <w:spacing w:after="0" w:lineRule="auto"/>
        <w:jc w:val="center"/>
        <w:rPr/>
      </w:pPr>
      <w:r w:rsidDel="00000000" w:rsidR="00000000" w:rsidRPr="00000000">
        <w:rPr>
          <w:rFonts w:ascii="Aptos" w:cs="Aptos" w:eastAsia="Aptos" w:hAnsi="Aptos"/>
          <w:b w:val="0"/>
          <w:bCs w:val="0"/>
          <w:i w:val="0"/>
          <w:iCs w:val="0"/>
          <w:color w:val="7a848c"/>
          <w:sz w:val="17"/>
          <w:szCs w:val="17"/>
          <w:rtl w:val="0"/>
        </w:rPr>
        <w:t xml:space="preserve">Knot Alone can help families organize concerns, review records, prepare for meetings, and understand educational options.</w:t>
      </w:r>
      <w:r w:rsidDel="00000000" w:rsidR="00000000" w:rsidRPr="00000000">
        <w:rPr>
          <w:rtl w:val="0"/>
        </w:rPr>
      </w:r>
    </w:p>
    <w:sectPr>
      <w:footerReference r:id="rId8" w:type="default"/>
      <w:pgSz w:h="15840" w:w="12240" w:orient="portrait"/>
      <w:pgMar w:bottom="806" w:top="749" w:left="835" w:right="835" w:header="288" w:footer="31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73444"/>
        <w:sz w:val="19"/>
        <w:szCs w:val="19"/>
        <w:u w:val="none"/>
        <w:shd w:fill="auto" w:val="clear"/>
        <w:vertAlign w:val="baseline"/>
      </w:rPr>
    </w:pPr>
    <w:r w:rsidDel="00000000" w:rsidR="00000000" w:rsidRPr="00000000">
      <w:rPr>
        <w:rFonts w:ascii="Aptos" w:cs="Aptos" w:eastAsia="Aptos" w:hAnsi="Aptos"/>
        <w:b w:val="1"/>
        <w:bCs w:val="1"/>
        <w:i w:val="0"/>
        <w:iCs w:val="0"/>
        <w:smallCaps w:val="0"/>
        <w:strike w:val="0"/>
        <w:color w:val="103a61"/>
        <w:sz w:val="14"/>
        <w:szCs w:val="14"/>
        <w:u w:val="none"/>
        <w:shd w:fill="auto" w:val="clear"/>
        <w:vertAlign w:val="baseline"/>
        <w:rtl w:val="0"/>
      </w:rPr>
      <w:t xml:space="preserve">KNOT ALONE IEP ADVOCACY &amp; COACHING  |  PARENT CONCERNS WORKSHEET</w:t>
    </w:r>
    <w:r w:rsidDel="00000000" w:rsidR="00000000" w:rsidRPr="00000000">
      <w:rPr>
        <w:rtl w:val="0"/>
      </w:rPr>
    </w:r>
  </w:p>
  <w:p w:rsidR="00000000" w:rsidDel="00000000" w:rsidP="00000000" w:rsidRDefault="00000000" w:rsidRPr="00000000" w14:paraId="00000112">
    <w:pPr>
      <w:jc w:val="center"/>
      <w:rPr/>
    </w:pPr>
    <w:r w:rsidDel="00000000" w:rsidR="00000000" w:rsidRPr="00000000">
      <w:rPr>
        <w:rFonts w:ascii="Aptos" w:cs="Aptos" w:eastAsia="Aptos" w:hAnsi="Aptos"/>
        <w:b w:val="0"/>
        <w:bCs w:val="0"/>
        <w:i w:val="0"/>
        <w:iCs w:val="0"/>
        <w:color w:val="7a848c"/>
        <w:sz w:val="13"/>
        <w:szCs w:val="13"/>
        <w:rtl w:val="0"/>
      </w:rPr>
      <w:t xml:space="preserve">For educational and informational purposes only; not legal advice.  •  Personal, noncommercial use.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73444"/>
        <w:sz w:val="19"/>
        <w:szCs w:val="19"/>
        <w:lang w:val="en"/>
      </w:rPr>
    </w:rPrDefault>
    <w:pPrDefault>
      <w:pPr>
        <w:spacing w:after="6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H4oNvL9yTPm5veBCIolS3VL85w==">CgMxLjA4AHIhMTFqM0RnZC1lQTRKZHQ4S29UTmlzR3J1bXpoT085dFNG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Knot Alone IEP Advocacy &amp; Coaching LLC</dc:creator>
</cp:coreProperties>
</file>